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02F0" w14:textId="1698088C" w:rsidR="00EE6A20" w:rsidRPr="004B7741" w:rsidRDefault="00D00F78">
      <w:pPr>
        <w:pStyle w:val="Titel"/>
        <w:rPr>
          <w:b/>
          <w:bCs/>
          <w:sz w:val="30"/>
          <w:szCs w:val="30"/>
          <w:lang w:val="nl-NL"/>
        </w:rPr>
      </w:pPr>
      <w:r w:rsidRPr="004B7741">
        <w:rPr>
          <w:b/>
          <w:bCs/>
          <w:sz w:val="30"/>
          <w:szCs w:val="30"/>
          <w:lang w:val="nl-NL"/>
        </w:rPr>
        <w:t>Voorstel voor de mappenstructuur en scrumboards in Microsoft Teams</w:t>
      </w:r>
      <w:r w:rsidR="00A45302" w:rsidRPr="004B7741">
        <w:rPr>
          <w:b/>
          <w:bCs/>
          <w:sz w:val="30"/>
          <w:szCs w:val="30"/>
          <w:lang w:val="nl-NL"/>
        </w:rPr>
        <w:t xml:space="preserve"> Open-ICT</w:t>
      </w:r>
    </w:p>
    <w:p w14:paraId="4AA336CE" w14:textId="49A35DB1" w:rsidR="00A45302" w:rsidRPr="00DF1F59" w:rsidRDefault="00D00F78" w:rsidP="23C4D4E6">
      <w:pPr>
        <w:rPr>
          <w:lang w:val="nl-NL"/>
        </w:rPr>
      </w:pPr>
      <w:r w:rsidRPr="23C4D4E6">
        <w:rPr>
          <w:lang w:val="nl-NL"/>
        </w:rPr>
        <w:t xml:space="preserve">Om de organisatie en toegankelijkheid van documenten en werkstromen binnen het Open-ICT team te verbeteren, stellen </w:t>
      </w:r>
      <w:r w:rsidR="00A45302" w:rsidRPr="23C4D4E6">
        <w:rPr>
          <w:lang w:val="nl-NL"/>
        </w:rPr>
        <w:t>ik</w:t>
      </w:r>
      <w:r w:rsidRPr="23C4D4E6">
        <w:rPr>
          <w:lang w:val="nl-NL"/>
        </w:rPr>
        <w:t xml:space="preserve"> een nieuwe mappenstructuur voor die aansluit bij de jaarindeling van de opleiding en belangrijke processen binnen de studiewijzer. Deze structuur zal niet alleen de overzichtelijkheid vergroten maar ook een gestandaardiseerde werkwijze creëren die de agile en scrum principes, die centraal staan in onze onderwijsvisie, ondersteunt. </w:t>
      </w:r>
      <w:r w:rsidR="00A45302" w:rsidRPr="23C4D4E6">
        <w:rPr>
          <w:lang w:val="nl-NL"/>
        </w:rPr>
        <w:t>Daarnaast is het voorstel om per kanaal een scrumboard als tabblad in het kanaal toe te voegen. Zo kan iedereen van het team het inzien en het betreffende jaarteam ermee aan de slag.</w:t>
      </w:r>
      <w:r w:rsidR="5C8AAA26" w:rsidRPr="23C4D4E6">
        <w:rPr>
          <w:lang w:val="nl-NL"/>
        </w:rPr>
        <w:t xml:space="preserve"> </w:t>
      </w:r>
      <w:r w:rsidR="00DF1F59" w:rsidRPr="00DF1F59">
        <w:rPr>
          <w:lang w:val="nl-NL"/>
        </w:rPr>
        <w:t>Kortom: E</w:t>
      </w:r>
      <w:r w:rsidR="5C8AAA26" w:rsidRPr="00DF1F59">
        <w:rPr>
          <w:lang w:val="nl-NL"/>
        </w:rPr>
        <w:t>en overall scrumboard, m.n. om de prioriteiten overall te bewaken</w:t>
      </w:r>
      <w:r w:rsidR="00DF1F59">
        <w:rPr>
          <w:lang w:val="nl-NL"/>
        </w:rPr>
        <w:t>.</w:t>
      </w:r>
    </w:p>
    <w:p w14:paraId="1AE4954B" w14:textId="4E73C6EC" w:rsidR="00EE6A20" w:rsidRPr="00A45302" w:rsidRDefault="00D00F78">
      <w:pPr>
        <w:rPr>
          <w:lang w:val="nl-NL"/>
        </w:rPr>
      </w:pPr>
      <w:r w:rsidRPr="00A45302">
        <w:rPr>
          <w:lang w:val="nl-NL"/>
        </w:rPr>
        <w:t>Hieronder volgt een tabel met de voorgestelde structuur</w:t>
      </w:r>
      <w:r w:rsidR="00A45302" w:rsidRPr="00A45302">
        <w:rPr>
          <w:lang w:val="nl-NL"/>
        </w:rPr>
        <w:t xml:space="preserve"> in MS Teams:</w:t>
      </w:r>
    </w:p>
    <w:tbl>
      <w:tblPr>
        <w:tblStyle w:val="Tabelraster"/>
        <w:tblW w:w="0" w:type="auto"/>
        <w:tblLook w:val="04A0" w:firstRow="1" w:lastRow="0" w:firstColumn="1" w:lastColumn="0" w:noHBand="0" w:noVBand="1"/>
      </w:tblPr>
      <w:tblGrid>
        <w:gridCol w:w="1806"/>
        <w:gridCol w:w="1893"/>
        <w:gridCol w:w="2182"/>
        <w:gridCol w:w="2508"/>
        <w:gridCol w:w="2401"/>
      </w:tblGrid>
      <w:tr w:rsidR="00A741C8" w:rsidRPr="00A741C8" w14:paraId="214CE1F8" w14:textId="02C028EB" w:rsidTr="0AE82E15">
        <w:tc>
          <w:tcPr>
            <w:tcW w:w="1806" w:type="dxa"/>
          </w:tcPr>
          <w:p w14:paraId="4E402B7F" w14:textId="383A3455" w:rsidR="00A45302" w:rsidRPr="00A741C8" w:rsidRDefault="00A45302">
            <w:pPr>
              <w:rPr>
                <w:sz w:val="18"/>
                <w:szCs w:val="18"/>
                <w:lang w:val="nl-NL"/>
              </w:rPr>
            </w:pPr>
            <w:r w:rsidRPr="00A741C8">
              <w:rPr>
                <w:sz w:val="18"/>
                <w:szCs w:val="18"/>
                <w:lang w:val="nl-NL"/>
              </w:rPr>
              <w:t>Kanaal</w:t>
            </w:r>
          </w:p>
        </w:tc>
        <w:tc>
          <w:tcPr>
            <w:tcW w:w="1893" w:type="dxa"/>
          </w:tcPr>
          <w:p w14:paraId="0ED18B65" w14:textId="04D9B6DB" w:rsidR="00A45302" w:rsidRPr="00A741C8" w:rsidRDefault="00A45302">
            <w:pPr>
              <w:rPr>
                <w:sz w:val="18"/>
                <w:szCs w:val="18"/>
                <w:lang w:val="nl-NL"/>
              </w:rPr>
            </w:pPr>
            <w:r w:rsidRPr="00A741C8">
              <w:rPr>
                <w:sz w:val="18"/>
                <w:szCs w:val="18"/>
                <w:lang w:val="nl-NL"/>
              </w:rPr>
              <w:t>Hoofdmappen</w:t>
            </w:r>
          </w:p>
        </w:tc>
        <w:tc>
          <w:tcPr>
            <w:tcW w:w="2182" w:type="dxa"/>
          </w:tcPr>
          <w:p w14:paraId="17DD5685" w14:textId="77777777" w:rsidR="00A45302" w:rsidRPr="00A741C8" w:rsidRDefault="00A45302">
            <w:pPr>
              <w:rPr>
                <w:sz w:val="18"/>
                <w:szCs w:val="18"/>
                <w:lang w:val="nl-NL"/>
              </w:rPr>
            </w:pPr>
            <w:r w:rsidRPr="00A741C8">
              <w:rPr>
                <w:sz w:val="18"/>
                <w:szCs w:val="18"/>
                <w:lang w:val="nl-NL"/>
              </w:rPr>
              <w:t>Beschrijving</w:t>
            </w:r>
          </w:p>
        </w:tc>
        <w:tc>
          <w:tcPr>
            <w:tcW w:w="2508" w:type="dxa"/>
          </w:tcPr>
          <w:p w14:paraId="5B1C0871" w14:textId="224A6067" w:rsidR="00A45302" w:rsidRPr="00A741C8" w:rsidRDefault="00A45302">
            <w:pPr>
              <w:rPr>
                <w:sz w:val="18"/>
                <w:szCs w:val="18"/>
                <w:lang w:val="nl-NL"/>
              </w:rPr>
            </w:pPr>
            <w:r w:rsidRPr="00A741C8">
              <w:rPr>
                <w:sz w:val="18"/>
                <w:szCs w:val="18"/>
                <w:lang w:val="nl-NL"/>
              </w:rPr>
              <w:t>Submappen</w:t>
            </w:r>
            <w:r w:rsidR="004B7741" w:rsidRPr="00A741C8">
              <w:rPr>
                <w:sz w:val="18"/>
                <w:szCs w:val="18"/>
                <w:lang w:val="nl-NL"/>
              </w:rPr>
              <w:t xml:space="preserve"> en sub-submappen</w:t>
            </w:r>
          </w:p>
        </w:tc>
        <w:tc>
          <w:tcPr>
            <w:tcW w:w="2401" w:type="dxa"/>
          </w:tcPr>
          <w:p w14:paraId="20EE6A28" w14:textId="033C8022" w:rsidR="00A45302" w:rsidRPr="00A741C8" w:rsidRDefault="004B7741">
            <w:pPr>
              <w:rPr>
                <w:sz w:val="18"/>
                <w:szCs w:val="18"/>
                <w:lang w:val="nl-NL"/>
              </w:rPr>
            </w:pPr>
            <w:r w:rsidRPr="00A741C8">
              <w:rPr>
                <w:sz w:val="18"/>
                <w:szCs w:val="18"/>
                <w:lang w:val="nl-NL"/>
              </w:rPr>
              <w:t>Beschrijving</w:t>
            </w:r>
          </w:p>
        </w:tc>
      </w:tr>
      <w:tr w:rsidR="003F3CC8" w:rsidRPr="00BE30F5" w14:paraId="653A1621" w14:textId="756B4F81" w:rsidTr="0AE82E15">
        <w:tc>
          <w:tcPr>
            <w:tcW w:w="1806" w:type="dxa"/>
          </w:tcPr>
          <w:p w14:paraId="1D859CAB" w14:textId="77777777" w:rsidR="00A45302" w:rsidRPr="00A741C8" w:rsidRDefault="00A45302">
            <w:pPr>
              <w:rPr>
                <w:sz w:val="18"/>
                <w:szCs w:val="18"/>
                <w:lang w:val="nl-NL"/>
              </w:rPr>
            </w:pPr>
            <w:r w:rsidRPr="00A741C8">
              <w:rPr>
                <w:sz w:val="18"/>
                <w:szCs w:val="18"/>
                <w:lang w:val="nl-NL"/>
              </w:rPr>
              <w:t>Algemeen</w:t>
            </w:r>
          </w:p>
        </w:tc>
        <w:tc>
          <w:tcPr>
            <w:tcW w:w="1893" w:type="dxa"/>
          </w:tcPr>
          <w:p w14:paraId="29D82117" w14:textId="22F717B0" w:rsidR="00A45302" w:rsidRPr="00A741C8" w:rsidRDefault="2FD346CE">
            <w:pPr>
              <w:rPr>
                <w:sz w:val="18"/>
                <w:szCs w:val="18"/>
                <w:lang w:val="nl-NL"/>
              </w:rPr>
            </w:pPr>
            <w:r w:rsidRPr="0AE82E15">
              <w:rPr>
                <w:sz w:val="18"/>
                <w:szCs w:val="18"/>
                <w:lang w:val="nl-NL"/>
              </w:rPr>
              <w:t>Archief</w:t>
            </w:r>
            <w:r w:rsidR="004B7741" w:rsidRPr="00DF1F59">
              <w:rPr>
                <w:lang w:val="nl-NL"/>
              </w:rPr>
              <w:br/>
            </w:r>
            <w:r w:rsidR="004B7741" w:rsidRPr="00DF1F59">
              <w:rPr>
                <w:lang w:val="nl-NL"/>
              </w:rPr>
              <w:br/>
            </w:r>
            <w:r w:rsidR="004B7741" w:rsidRPr="00DF1F59">
              <w:rPr>
                <w:lang w:val="nl-NL"/>
              </w:rPr>
              <w:br/>
            </w:r>
            <w:r w:rsidR="004B7741" w:rsidRPr="00DF1F59">
              <w:rPr>
                <w:lang w:val="nl-NL"/>
              </w:rPr>
              <w:br/>
            </w:r>
            <w:r w:rsidR="004B7741" w:rsidRPr="00DF1F59">
              <w:rPr>
                <w:lang w:val="nl-NL"/>
              </w:rPr>
              <w:br/>
            </w:r>
            <w:r w:rsidR="004B7741" w:rsidRPr="00DF1F59">
              <w:rPr>
                <w:lang w:val="nl-NL"/>
              </w:rPr>
              <w:br/>
            </w:r>
            <w:r w:rsidR="004B7741" w:rsidRPr="00DF1F59">
              <w:rPr>
                <w:lang w:val="nl-NL"/>
              </w:rPr>
              <w:br/>
            </w:r>
            <w:r w:rsidR="00A45302" w:rsidRPr="0AE82E15">
              <w:rPr>
                <w:sz w:val="18"/>
                <w:szCs w:val="18"/>
                <w:lang w:val="nl-NL"/>
              </w:rPr>
              <w:t>202</w:t>
            </w:r>
            <w:r w:rsidRPr="0AE82E15">
              <w:rPr>
                <w:sz w:val="18"/>
                <w:szCs w:val="18"/>
                <w:lang w:val="nl-NL"/>
              </w:rPr>
              <w:t>4-</w:t>
            </w:r>
            <w:r w:rsidR="00A45302" w:rsidRPr="0AE82E15">
              <w:rPr>
                <w:sz w:val="18"/>
                <w:szCs w:val="18"/>
                <w:lang w:val="nl-NL"/>
              </w:rPr>
              <w:t>202</w:t>
            </w:r>
            <w:r w:rsidRPr="0AE82E15">
              <w:rPr>
                <w:sz w:val="18"/>
                <w:szCs w:val="18"/>
                <w:lang w:val="nl-NL"/>
              </w:rPr>
              <w:t>5</w:t>
            </w:r>
          </w:p>
        </w:tc>
        <w:tc>
          <w:tcPr>
            <w:tcW w:w="2182" w:type="dxa"/>
          </w:tcPr>
          <w:p w14:paraId="637A4872" w14:textId="71C2BC6E" w:rsidR="00A45302" w:rsidRPr="00A741C8" w:rsidRDefault="004B7741">
            <w:pPr>
              <w:rPr>
                <w:sz w:val="18"/>
                <w:szCs w:val="18"/>
                <w:lang w:val="nl-NL"/>
              </w:rPr>
            </w:pPr>
            <w:r w:rsidRPr="00A741C8">
              <w:rPr>
                <w:sz w:val="18"/>
                <w:szCs w:val="18"/>
                <w:lang w:val="nl-NL"/>
              </w:rPr>
              <w:t>Hoofdmap waar vorige studiejaren hoofdmappen</w:t>
            </w:r>
            <w:r w:rsidR="005641CC" w:rsidRPr="00A741C8">
              <w:rPr>
                <w:sz w:val="18"/>
                <w:szCs w:val="18"/>
                <w:lang w:val="nl-NL"/>
              </w:rPr>
              <w:t xml:space="preserve"> met submappen</w:t>
            </w:r>
            <w:r w:rsidRPr="00A741C8">
              <w:rPr>
                <w:sz w:val="18"/>
                <w:szCs w:val="18"/>
                <w:lang w:val="nl-NL"/>
              </w:rPr>
              <w:t xml:space="preserve"> in gearchiveerd worden.</w:t>
            </w:r>
            <w:r w:rsidRPr="00A741C8">
              <w:rPr>
                <w:sz w:val="18"/>
                <w:szCs w:val="18"/>
                <w:lang w:val="nl-NL"/>
              </w:rPr>
              <w:br/>
            </w:r>
            <w:r w:rsidRPr="00A741C8">
              <w:rPr>
                <w:sz w:val="18"/>
                <w:szCs w:val="18"/>
                <w:lang w:val="nl-NL"/>
              </w:rPr>
              <w:br/>
            </w:r>
            <w:r w:rsidR="00A45302" w:rsidRPr="00A741C8">
              <w:rPr>
                <w:sz w:val="18"/>
                <w:szCs w:val="18"/>
                <w:lang w:val="nl-NL"/>
              </w:rPr>
              <w:t xml:space="preserve">Hoofdmap voor alle </w:t>
            </w:r>
            <w:r w:rsidRPr="00A741C8">
              <w:rPr>
                <w:sz w:val="18"/>
                <w:szCs w:val="18"/>
                <w:lang w:val="nl-NL"/>
              </w:rPr>
              <w:t xml:space="preserve">submappen, </w:t>
            </w:r>
            <w:r w:rsidR="00A45302" w:rsidRPr="00A741C8">
              <w:rPr>
                <w:sz w:val="18"/>
                <w:szCs w:val="18"/>
                <w:lang w:val="nl-NL"/>
              </w:rPr>
              <w:t>documentatie, bronnen</w:t>
            </w:r>
            <w:r w:rsidRPr="00A741C8">
              <w:rPr>
                <w:sz w:val="18"/>
                <w:szCs w:val="18"/>
                <w:lang w:val="nl-NL"/>
              </w:rPr>
              <w:t>, projecten</w:t>
            </w:r>
            <w:r w:rsidR="00A45302" w:rsidRPr="00A741C8">
              <w:rPr>
                <w:sz w:val="18"/>
                <w:szCs w:val="18"/>
                <w:lang w:val="nl-NL"/>
              </w:rPr>
              <w:t xml:space="preserve"> en materialen die relevant zijn voor het lopende studiejaar.</w:t>
            </w:r>
          </w:p>
        </w:tc>
        <w:tc>
          <w:tcPr>
            <w:tcW w:w="2508" w:type="dxa"/>
          </w:tcPr>
          <w:p w14:paraId="141DDA92" w14:textId="1AB19A82" w:rsidR="004B7741" w:rsidRPr="00A741C8" w:rsidRDefault="11DC9217" w:rsidP="23C4D4E6">
            <w:pPr>
              <w:rPr>
                <w:sz w:val="18"/>
                <w:szCs w:val="18"/>
                <w:lang w:val="nl-NL"/>
              </w:rPr>
            </w:pPr>
            <w:r w:rsidRPr="23C4D4E6">
              <w:rPr>
                <w:sz w:val="18"/>
                <w:szCs w:val="18"/>
                <w:lang w:val="nl-NL"/>
              </w:rPr>
              <w:t>2023</w:t>
            </w:r>
            <w:r w:rsidR="64792433" w:rsidRPr="23C4D4E6">
              <w:rPr>
                <w:sz w:val="18"/>
                <w:szCs w:val="18"/>
                <w:lang w:val="nl-NL"/>
              </w:rPr>
              <w:t>-</w:t>
            </w:r>
            <w:r w:rsidRPr="23C4D4E6">
              <w:rPr>
                <w:sz w:val="18"/>
                <w:szCs w:val="18"/>
                <w:lang w:val="nl-NL"/>
              </w:rPr>
              <w:t>2024</w:t>
            </w:r>
          </w:p>
          <w:p w14:paraId="7F76E28B" w14:textId="29931219" w:rsidR="004B7741" w:rsidRPr="00A741C8" w:rsidRDefault="004B7741">
            <w:pPr>
              <w:rPr>
                <w:sz w:val="18"/>
                <w:szCs w:val="18"/>
                <w:lang w:val="nl-NL"/>
              </w:rPr>
            </w:pPr>
            <w:r>
              <w:br/>
            </w:r>
            <w:r>
              <w:br/>
            </w:r>
            <w:r>
              <w:br/>
            </w:r>
            <w:r w:rsidR="00C24262">
              <w:rPr>
                <w:sz w:val="18"/>
                <w:szCs w:val="18"/>
                <w:lang w:val="nl-NL"/>
              </w:rPr>
              <w:br/>
            </w:r>
            <w:r w:rsidR="00C24262">
              <w:rPr>
                <w:sz w:val="18"/>
                <w:szCs w:val="18"/>
                <w:lang w:val="nl-NL"/>
              </w:rPr>
              <w:br/>
            </w:r>
            <w:r w:rsidR="00C24262">
              <w:rPr>
                <w:sz w:val="18"/>
                <w:szCs w:val="18"/>
                <w:lang w:val="nl-NL"/>
              </w:rPr>
              <w:br/>
            </w:r>
            <w:r w:rsidR="00C24262">
              <w:rPr>
                <w:sz w:val="18"/>
                <w:szCs w:val="18"/>
                <w:lang w:val="nl-NL"/>
              </w:rPr>
              <w:br/>
            </w:r>
            <w:r w:rsidR="2FD346CE" w:rsidRPr="0AE82E15">
              <w:rPr>
                <w:sz w:val="18"/>
                <w:szCs w:val="18"/>
                <w:lang w:val="nl-NL"/>
              </w:rPr>
              <w:t>Promotie</w:t>
            </w:r>
          </w:p>
          <w:p w14:paraId="16FC8003" w14:textId="7BEB32FB" w:rsidR="004B7741" w:rsidRPr="00A741C8" w:rsidRDefault="004B7741" w:rsidP="004B7741">
            <w:pPr>
              <w:pStyle w:val="Lijstalinea"/>
              <w:numPr>
                <w:ilvl w:val="0"/>
                <w:numId w:val="10"/>
              </w:numPr>
              <w:rPr>
                <w:sz w:val="18"/>
                <w:szCs w:val="18"/>
                <w:lang w:val="nl-NL"/>
              </w:rPr>
            </w:pPr>
            <w:r w:rsidRPr="00A741C8">
              <w:rPr>
                <w:sz w:val="18"/>
                <w:szCs w:val="18"/>
                <w:lang w:val="nl-NL"/>
              </w:rPr>
              <w:t>(Online) open avonden</w:t>
            </w:r>
          </w:p>
          <w:p w14:paraId="749C4971" w14:textId="06CD8F3B" w:rsidR="004B7741" w:rsidRPr="00A741C8" w:rsidRDefault="004B7741" w:rsidP="004B7741">
            <w:pPr>
              <w:pStyle w:val="Lijstalinea"/>
              <w:numPr>
                <w:ilvl w:val="0"/>
                <w:numId w:val="10"/>
              </w:numPr>
              <w:rPr>
                <w:sz w:val="18"/>
                <w:szCs w:val="18"/>
                <w:lang w:val="nl-NL"/>
              </w:rPr>
            </w:pPr>
            <w:r w:rsidRPr="00A741C8">
              <w:rPr>
                <w:sz w:val="18"/>
                <w:szCs w:val="18"/>
                <w:lang w:val="nl-NL"/>
              </w:rPr>
              <w:t>Open dagen</w:t>
            </w:r>
          </w:p>
          <w:p w14:paraId="4887C876" w14:textId="5278FEA3" w:rsidR="004B7741" w:rsidRDefault="004B7741" w:rsidP="004B7741">
            <w:pPr>
              <w:pStyle w:val="Lijstalinea"/>
              <w:numPr>
                <w:ilvl w:val="0"/>
                <w:numId w:val="10"/>
              </w:numPr>
              <w:rPr>
                <w:sz w:val="18"/>
                <w:szCs w:val="18"/>
                <w:lang w:val="nl-NL"/>
              </w:rPr>
            </w:pPr>
            <w:proofErr w:type="spellStart"/>
            <w:r w:rsidRPr="00A741C8">
              <w:rPr>
                <w:sz w:val="18"/>
                <w:szCs w:val="18"/>
                <w:lang w:val="nl-NL"/>
              </w:rPr>
              <w:t>Proefstuderen</w:t>
            </w:r>
            <w:proofErr w:type="spellEnd"/>
          </w:p>
          <w:p w14:paraId="12D94EF0" w14:textId="77777777" w:rsidR="00C24262" w:rsidRDefault="00C24262" w:rsidP="00C24262">
            <w:pPr>
              <w:rPr>
                <w:sz w:val="18"/>
                <w:szCs w:val="18"/>
                <w:lang w:val="nl-NL"/>
              </w:rPr>
            </w:pPr>
          </w:p>
          <w:p w14:paraId="64CA32AA" w14:textId="454D76E0" w:rsidR="00C24262" w:rsidRPr="00C24262" w:rsidRDefault="00C24262" w:rsidP="00C24262">
            <w:pPr>
              <w:rPr>
                <w:sz w:val="18"/>
                <w:szCs w:val="18"/>
                <w:lang w:val="nl-NL"/>
              </w:rPr>
            </w:pPr>
            <w:r>
              <w:rPr>
                <w:sz w:val="18"/>
                <w:szCs w:val="18"/>
                <w:lang w:val="nl-NL"/>
              </w:rPr>
              <w:t>Teamplan</w:t>
            </w:r>
          </w:p>
          <w:p w14:paraId="15895642" w14:textId="47D641A5" w:rsidR="00A45302" w:rsidRPr="00A741C8" w:rsidRDefault="004B7741" w:rsidP="0AE82E15">
            <w:pPr>
              <w:rPr>
                <w:sz w:val="18"/>
                <w:szCs w:val="18"/>
                <w:highlight w:val="cyan"/>
                <w:lang w:val="nl-NL"/>
              </w:rPr>
            </w:pPr>
            <w:r w:rsidRPr="00FB666E">
              <w:br/>
            </w:r>
            <w:proofErr w:type="spellStart"/>
            <w:r w:rsidR="2FD346CE" w:rsidRPr="00FB666E">
              <w:rPr>
                <w:sz w:val="18"/>
                <w:szCs w:val="18"/>
              </w:rPr>
              <w:t>Evaluaties</w:t>
            </w:r>
            <w:proofErr w:type="spellEnd"/>
            <w:r w:rsidRPr="00FB666E">
              <w:br/>
            </w:r>
            <w:r w:rsidRPr="00FB666E">
              <w:br/>
            </w:r>
          </w:p>
        </w:tc>
        <w:tc>
          <w:tcPr>
            <w:tcW w:w="2401" w:type="dxa"/>
          </w:tcPr>
          <w:p w14:paraId="30D609F1" w14:textId="45C8FD32" w:rsidR="00A45302" w:rsidRPr="00BE30F5" w:rsidRDefault="5008AAB7" w:rsidP="23C4D4E6">
            <w:pPr>
              <w:rPr>
                <w:rFonts w:ascii="Cambria" w:eastAsia="Cambria" w:hAnsi="Cambria" w:cs="Cambria"/>
                <w:lang w:val="nl-NL"/>
              </w:rPr>
            </w:pPr>
            <w:r w:rsidRPr="0AE82E15">
              <w:rPr>
                <w:sz w:val="18"/>
                <w:szCs w:val="18"/>
                <w:lang w:val="nl-NL"/>
              </w:rPr>
              <w:t>Oude hoofdmap met submappen.</w:t>
            </w:r>
            <w:r w:rsidR="008F72EF" w:rsidRPr="00DF1F59">
              <w:rPr>
                <w:lang w:val="nl-NL"/>
              </w:rPr>
              <w:br/>
            </w:r>
            <w:r w:rsidR="008F72EF" w:rsidRPr="00DF1F59">
              <w:rPr>
                <w:lang w:val="nl-NL"/>
              </w:rPr>
              <w:br/>
            </w:r>
            <w:r w:rsidR="008F72EF" w:rsidRPr="00DF1F59">
              <w:rPr>
                <w:lang w:val="nl-NL"/>
              </w:rPr>
              <w:br/>
            </w:r>
            <w:r w:rsidR="008F72EF" w:rsidRPr="00DF1F59">
              <w:rPr>
                <w:lang w:val="nl-NL"/>
              </w:rPr>
              <w:br/>
            </w:r>
            <w:r w:rsidR="008F72EF" w:rsidRPr="00DF1F59">
              <w:rPr>
                <w:lang w:val="nl-NL"/>
              </w:rPr>
              <w:br/>
            </w:r>
            <w:r w:rsidR="008F72EF" w:rsidRPr="00DF1F59">
              <w:rPr>
                <w:lang w:val="nl-NL"/>
              </w:rPr>
              <w:br/>
            </w:r>
            <w:r w:rsidR="2FD346CE" w:rsidRPr="0AE82E15">
              <w:rPr>
                <w:sz w:val="18"/>
                <w:szCs w:val="18"/>
                <w:lang w:val="nl-NL"/>
              </w:rPr>
              <w:t>Alle PR materiaal.</w:t>
            </w:r>
            <w:r w:rsidR="008F72EF" w:rsidRPr="00DF1F59">
              <w:rPr>
                <w:lang w:val="nl-NL"/>
              </w:rPr>
              <w:br/>
            </w:r>
            <w:r w:rsidR="008F72EF" w:rsidRPr="00DF1F59">
              <w:rPr>
                <w:lang w:val="nl-NL"/>
              </w:rPr>
              <w:br/>
            </w:r>
            <w:r w:rsidR="008F72EF" w:rsidRPr="00DF1F59">
              <w:rPr>
                <w:lang w:val="nl-NL"/>
              </w:rPr>
              <w:br/>
            </w:r>
            <w:r w:rsidR="008F72EF" w:rsidRPr="00DF1F59">
              <w:rPr>
                <w:lang w:val="nl-NL"/>
              </w:rPr>
              <w:br/>
            </w:r>
            <w:r w:rsidR="008F72EF" w:rsidRPr="00DF1F59">
              <w:rPr>
                <w:lang w:val="nl-NL"/>
              </w:rPr>
              <w:br/>
            </w:r>
            <w:r w:rsidR="00C24262">
              <w:rPr>
                <w:sz w:val="18"/>
                <w:szCs w:val="18"/>
                <w:lang w:val="nl-NL"/>
              </w:rPr>
              <w:br/>
            </w:r>
            <w:r w:rsidR="00C24262">
              <w:rPr>
                <w:sz w:val="18"/>
                <w:szCs w:val="18"/>
                <w:lang w:val="nl-NL"/>
              </w:rPr>
              <w:br/>
            </w:r>
            <w:r w:rsidR="00C24262">
              <w:rPr>
                <w:sz w:val="18"/>
                <w:szCs w:val="18"/>
                <w:lang w:val="nl-NL"/>
              </w:rPr>
              <w:br/>
            </w:r>
            <w:r w:rsidR="2FD346CE" w:rsidRPr="0AE82E15">
              <w:rPr>
                <w:sz w:val="18"/>
                <w:szCs w:val="18"/>
                <w:lang w:val="nl-NL"/>
              </w:rPr>
              <w:t xml:space="preserve">Alle opgeslagen </w:t>
            </w:r>
            <w:proofErr w:type="spellStart"/>
            <w:r w:rsidR="2FD346CE" w:rsidRPr="0AE82E15">
              <w:rPr>
                <w:sz w:val="18"/>
                <w:szCs w:val="18"/>
                <w:lang w:val="nl-NL"/>
              </w:rPr>
              <w:t>retro’s</w:t>
            </w:r>
            <w:proofErr w:type="spellEnd"/>
            <w:r w:rsidR="2FD346CE" w:rsidRPr="0AE82E15">
              <w:rPr>
                <w:sz w:val="18"/>
                <w:szCs w:val="18"/>
                <w:lang w:val="nl-NL"/>
              </w:rPr>
              <w:t xml:space="preserve"> per blok en feedback studenten</w:t>
            </w:r>
            <w:r w:rsidR="00BE30F5" w:rsidRPr="00DF1F59">
              <w:rPr>
                <w:lang w:val="nl-NL"/>
              </w:rPr>
              <w:t xml:space="preserve"> </w:t>
            </w:r>
            <w:r w:rsidR="00BE30F5">
              <w:rPr>
                <w:sz w:val="18"/>
                <w:szCs w:val="18"/>
                <w:lang w:val="nl-NL"/>
              </w:rPr>
              <w:br/>
            </w:r>
          </w:p>
        </w:tc>
      </w:tr>
      <w:tr w:rsidR="003F3CC8" w:rsidRPr="00DF1F59" w14:paraId="331DA727" w14:textId="4A5C54DD" w:rsidTr="0AE82E15">
        <w:tc>
          <w:tcPr>
            <w:tcW w:w="1806" w:type="dxa"/>
          </w:tcPr>
          <w:p w14:paraId="71D728C0" w14:textId="77777777" w:rsidR="004B7741" w:rsidRPr="00A741C8" w:rsidRDefault="004B7741" w:rsidP="004B7741">
            <w:pPr>
              <w:rPr>
                <w:sz w:val="18"/>
                <w:szCs w:val="18"/>
                <w:lang w:val="nl-NL"/>
              </w:rPr>
            </w:pPr>
            <w:r w:rsidRPr="00A741C8">
              <w:rPr>
                <w:sz w:val="18"/>
                <w:szCs w:val="18"/>
                <w:lang w:val="nl-NL"/>
              </w:rPr>
              <w:t>Jaar 1</w:t>
            </w:r>
          </w:p>
        </w:tc>
        <w:tc>
          <w:tcPr>
            <w:tcW w:w="1893" w:type="dxa"/>
          </w:tcPr>
          <w:p w14:paraId="66433406" w14:textId="1C0E9B95" w:rsidR="004B7741" w:rsidRPr="00A741C8" w:rsidRDefault="004B7741" w:rsidP="004B7741">
            <w:pPr>
              <w:rPr>
                <w:sz w:val="18"/>
                <w:szCs w:val="18"/>
                <w:lang w:val="nl-NL"/>
              </w:rPr>
            </w:pPr>
            <w:r w:rsidRPr="00A741C8">
              <w:rPr>
                <w:sz w:val="18"/>
                <w:szCs w:val="18"/>
                <w:lang w:val="nl-NL"/>
              </w:rPr>
              <w:t>Archief</w:t>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005641CC" w:rsidRPr="00A741C8">
              <w:rPr>
                <w:sz w:val="18"/>
                <w:szCs w:val="18"/>
                <w:lang w:val="nl-NL"/>
              </w:rPr>
              <w:br/>
            </w:r>
            <w:r w:rsidRPr="00A741C8">
              <w:rPr>
                <w:sz w:val="18"/>
                <w:szCs w:val="18"/>
                <w:lang w:val="nl-NL"/>
              </w:rPr>
              <w:br/>
            </w:r>
            <w:r w:rsidRPr="00A741C8">
              <w:rPr>
                <w:sz w:val="18"/>
                <w:szCs w:val="18"/>
                <w:lang w:val="nl-NL"/>
              </w:rPr>
              <w:br/>
              <w:t>2023</w:t>
            </w:r>
            <w:r w:rsidR="00056CC2" w:rsidRPr="00A741C8">
              <w:rPr>
                <w:sz w:val="18"/>
                <w:szCs w:val="18"/>
                <w:lang w:val="nl-NL"/>
              </w:rPr>
              <w:t>-</w:t>
            </w:r>
            <w:r w:rsidRPr="00A741C8">
              <w:rPr>
                <w:sz w:val="18"/>
                <w:szCs w:val="18"/>
                <w:lang w:val="nl-NL"/>
              </w:rPr>
              <w:t>2024</w:t>
            </w:r>
          </w:p>
        </w:tc>
        <w:tc>
          <w:tcPr>
            <w:tcW w:w="2182" w:type="dxa"/>
          </w:tcPr>
          <w:p w14:paraId="4B8ABB68" w14:textId="111ADF74" w:rsidR="004B7741" w:rsidRPr="00A741C8" w:rsidRDefault="004B7741" w:rsidP="004B7741">
            <w:pPr>
              <w:rPr>
                <w:sz w:val="18"/>
                <w:szCs w:val="18"/>
                <w:lang w:val="nl-NL"/>
              </w:rPr>
            </w:pPr>
            <w:r w:rsidRPr="00A741C8">
              <w:rPr>
                <w:sz w:val="18"/>
                <w:szCs w:val="18"/>
                <w:lang w:val="nl-NL"/>
              </w:rPr>
              <w:t>Hoofdmap waar vorige studiejaren hoofdmappen</w:t>
            </w:r>
            <w:r w:rsidR="005641CC" w:rsidRPr="00A741C8">
              <w:rPr>
                <w:sz w:val="18"/>
                <w:szCs w:val="18"/>
                <w:lang w:val="nl-NL"/>
              </w:rPr>
              <w:t xml:space="preserve"> met submappen</w:t>
            </w:r>
            <w:r w:rsidRPr="00A741C8">
              <w:rPr>
                <w:sz w:val="18"/>
                <w:szCs w:val="18"/>
                <w:lang w:val="nl-NL"/>
              </w:rPr>
              <w:t xml:space="preserve"> in gearchiveerd worden.</w:t>
            </w:r>
            <w:r w:rsidRPr="00A741C8">
              <w:rPr>
                <w:sz w:val="18"/>
                <w:szCs w:val="18"/>
                <w:lang w:val="nl-NL"/>
              </w:rPr>
              <w:br/>
            </w:r>
          </w:p>
          <w:p w14:paraId="3B2FC822" w14:textId="33A4169C" w:rsidR="004B7741" w:rsidRPr="00A741C8" w:rsidRDefault="004B7741" w:rsidP="004B7741">
            <w:pPr>
              <w:rPr>
                <w:sz w:val="18"/>
                <w:szCs w:val="18"/>
                <w:lang w:val="nl-NL"/>
              </w:rPr>
            </w:pPr>
            <w:r w:rsidRPr="00A741C8">
              <w:rPr>
                <w:sz w:val="18"/>
                <w:szCs w:val="18"/>
                <w:lang w:val="nl-NL"/>
              </w:rPr>
              <w:t>Hoofdmap voor alle submappen, documentatie, bronnen, projecten en materialen die relevant zijn voor het lopende studiejaar.</w:t>
            </w:r>
          </w:p>
        </w:tc>
        <w:tc>
          <w:tcPr>
            <w:tcW w:w="2508" w:type="dxa"/>
          </w:tcPr>
          <w:p w14:paraId="2A196A55" w14:textId="65079ACC" w:rsidR="004B7741" w:rsidRPr="00A741C8" w:rsidRDefault="004B7741" w:rsidP="004B7741">
            <w:pPr>
              <w:rPr>
                <w:sz w:val="18"/>
                <w:szCs w:val="18"/>
                <w:lang w:val="nl-NL"/>
              </w:rPr>
            </w:pPr>
            <w:r w:rsidRPr="00A741C8">
              <w:rPr>
                <w:sz w:val="18"/>
                <w:szCs w:val="18"/>
                <w:lang w:val="nl-NL"/>
              </w:rPr>
              <w:t>2023</w:t>
            </w:r>
            <w:r w:rsidR="00502F29" w:rsidRPr="00A741C8">
              <w:rPr>
                <w:sz w:val="18"/>
                <w:szCs w:val="18"/>
                <w:lang w:val="nl-NL"/>
              </w:rPr>
              <w:t>-</w:t>
            </w:r>
            <w:r w:rsidRPr="00A741C8">
              <w:rPr>
                <w:sz w:val="18"/>
                <w:szCs w:val="18"/>
                <w:lang w:val="nl-NL"/>
              </w:rPr>
              <w:t>2024</w:t>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005641CC" w:rsidRPr="00A741C8">
              <w:rPr>
                <w:sz w:val="18"/>
                <w:szCs w:val="18"/>
                <w:lang w:val="nl-NL"/>
              </w:rPr>
              <w:br/>
            </w:r>
            <w:r w:rsidRPr="00A741C8">
              <w:rPr>
                <w:sz w:val="18"/>
                <w:szCs w:val="18"/>
                <w:lang w:val="nl-NL"/>
              </w:rPr>
              <w:br/>
              <w:t>Projecten</w:t>
            </w:r>
            <w:r w:rsidR="00502F29" w:rsidRPr="00A741C8">
              <w:rPr>
                <w:sz w:val="18"/>
                <w:szCs w:val="18"/>
                <w:lang w:val="nl-NL"/>
              </w:rPr>
              <w:br/>
            </w:r>
            <w:r w:rsidRPr="00A741C8">
              <w:rPr>
                <w:sz w:val="18"/>
                <w:szCs w:val="18"/>
                <w:lang w:val="nl-NL"/>
              </w:rPr>
              <w:br/>
              <w:t>Kennisbank en Materialen</w:t>
            </w:r>
            <w:r w:rsidRPr="00A741C8">
              <w:rPr>
                <w:sz w:val="18"/>
                <w:szCs w:val="18"/>
                <w:lang w:val="nl-NL"/>
              </w:rPr>
              <w:br/>
            </w:r>
          </w:p>
        </w:tc>
        <w:tc>
          <w:tcPr>
            <w:tcW w:w="2401" w:type="dxa"/>
          </w:tcPr>
          <w:p w14:paraId="53306E09" w14:textId="6FCA64FD" w:rsidR="004B7741" w:rsidRPr="00A741C8" w:rsidRDefault="008F72EF" w:rsidP="004B7741">
            <w:pPr>
              <w:rPr>
                <w:sz w:val="18"/>
                <w:szCs w:val="18"/>
                <w:lang w:val="nl-NL"/>
              </w:rPr>
            </w:pPr>
            <w:r w:rsidRPr="00A741C8">
              <w:rPr>
                <w:sz w:val="18"/>
                <w:szCs w:val="18"/>
                <w:lang w:val="nl-NL"/>
              </w:rPr>
              <w:t>Oude hoofdmap met submappen.</w:t>
            </w:r>
            <w:r w:rsidR="004B7741" w:rsidRPr="00A741C8">
              <w:rPr>
                <w:sz w:val="18"/>
                <w:szCs w:val="18"/>
                <w:lang w:val="nl-NL"/>
              </w:rPr>
              <w:br/>
            </w:r>
            <w:r w:rsidR="004B7741" w:rsidRPr="00A741C8">
              <w:rPr>
                <w:sz w:val="18"/>
                <w:szCs w:val="18"/>
                <w:lang w:val="nl-NL"/>
              </w:rPr>
              <w:br/>
            </w:r>
            <w:r w:rsidR="004B7741" w:rsidRPr="00A741C8">
              <w:rPr>
                <w:sz w:val="18"/>
                <w:szCs w:val="18"/>
                <w:lang w:val="nl-NL"/>
              </w:rPr>
              <w:br/>
            </w:r>
            <w:r w:rsidR="005641CC" w:rsidRPr="00A741C8">
              <w:rPr>
                <w:sz w:val="18"/>
                <w:szCs w:val="18"/>
                <w:lang w:val="nl-NL"/>
              </w:rPr>
              <w:br/>
            </w:r>
            <w:r w:rsidR="004B7741" w:rsidRPr="00A741C8">
              <w:rPr>
                <w:sz w:val="18"/>
                <w:szCs w:val="18"/>
                <w:lang w:val="nl-NL"/>
              </w:rPr>
              <w:br/>
            </w:r>
            <w:r w:rsidR="004B7741" w:rsidRPr="00A741C8">
              <w:rPr>
                <w:sz w:val="18"/>
                <w:szCs w:val="18"/>
                <w:lang w:val="nl-NL"/>
              </w:rPr>
              <w:br/>
              <w:t>Projectomschrijvingen.</w:t>
            </w:r>
            <w:r w:rsidR="00502F29" w:rsidRPr="00A741C8">
              <w:rPr>
                <w:sz w:val="18"/>
                <w:szCs w:val="18"/>
                <w:lang w:val="nl-NL"/>
              </w:rPr>
              <w:br/>
            </w:r>
            <w:r w:rsidR="004B7741" w:rsidRPr="00A741C8">
              <w:rPr>
                <w:sz w:val="18"/>
                <w:szCs w:val="18"/>
                <w:lang w:val="nl-NL"/>
              </w:rPr>
              <w:br/>
              <w:t>Alle goedgekeurde content en bronnen voor studenten.</w:t>
            </w:r>
            <w:r w:rsidR="004B7741" w:rsidRPr="00A741C8">
              <w:rPr>
                <w:sz w:val="18"/>
                <w:szCs w:val="18"/>
                <w:lang w:val="nl-NL"/>
              </w:rPr>
              <w:br/>
            </w:r>
            <w:r w:rsidR="004B7741" w:rsidRPr="00A741C8">
              <w:rPr>
                <w:sz w:val="18"/>
                <w:szCs w:val="18"/>
                <w:lang w:val="nl-NL"/>
              </w:rPr>
              <w:br/>
            </w:r>
            <w:r w:rsidR="004B7741" w:rsidRPr="00A741C8">
              <w:rPr>
                <w:sz w:val="18"/>
                <w:szCs w:val="18"/>
                <w:lang w:val="nl-NL"/>
              </w:rPr>
              <w:br/>
            </w:r>
          </w:p>
        </w:tc>
      </w:tr>
      <w:tr w:rsidR="003F3CC8" w:rsidRPr="00A741C8" w14:paraId="35DA728A" w14:textId="03FA419D" w:rsidTr="0AE82E15">
        <w:tc>
          <w:tcPr>
            <w:tcW w:w="1806" w:type="dxa"/>
          </w:tcPr>
          <w:p w14:paraId="13A2651A" w14:textId="77777777" w:rsidR="004B7741" w:rsidRPr="00A741C8" w:rsidRDefault="004B7741" w:rsidP="004B7741">
            <w:pPr>
              <w:rPr>
                <w:sz w:val="18"/>
                <w:szCs w:val="18"/>
                <w:lang w:val="nl-NL"/>
              </w:rPr>
            </w:pPr>
            <w:r w:rsidRPr="00A741C8">
              <w:rPr>
                <w:sz w:val="18"/>
                <w:szCs w:val="18"/>
                <w:lang w:val="nl-NL"/>
              </w:rPr>
              <w:t>Jaar 2</w:t>
            </w:r>
          </w:p>
        </w:tc>
        <w:tc>
          <w:tcPr>
            <w:tcW w:w="1893" w:type="dxa"/>
          </w:tcPr>
          <w:p w14:paraId="7E3C7D4F" w14:textId="3645B9E0" w:rsidR="004B7741" w:rsidRPr="00A741C8" w:rsidRDefault="004B7741" w:rsidP="004B7741">
            <w:pPr>
              <w:rPr>
                <w:sz w:val="18"/>
                <w:szCs w:val="18"/>
                <w:lang w:val="nl-NL"/>
              </w:rPr>
            </w:pPr>
            <w:r w:rsidRPr="00A741C8">
              <w:rPr>
                <w:sz w:val="18"/>
                <w:szCs w:val="18"/>
                <w:lang w:val="nl-NL"/>
              </w:rPr>
              <w:t>Archief</w:t>
            </w:r>
            <w:r w:rsidRPr="00A741C8">
              <w:rPr>
                <w:sz w:val="18"/>
                <w:szCs w:val="18"/>
                <w:lang w:val="nl-NL"/>
              </w:rPr>
              <w:br/>
            </w:r>
          </w:p>
          <w:p w14:paraId="580D596E" w14:textId="4699F9BD" w:rsidR="004B7741" w:rsidRPr="00A741C8" w:rsidRDefault="004B7741" w:rsidP="004B7741">
            <w:pPr>
              <w:rPr>
                <w:sz w:val="18"/>
                <w:szCs w:val="18"/>
                <w:lang w:val="nl-NL"/>
              </w:rPr>
            </w:pPr>
            <w:r w:rsidRPr="00A741C8">
              <w:rPr>
                <w:sz w:val="18"/>
                <w:szCs w:val="18"/>
                <w:lang w:val="nl-NL"/>
              </w:rPr>
              <w:br/>
            </w:r>
            <w:r w:rsidRPr="00A741C8">
              <w:rPr>
                <w:sz w:val="18"/>
                <w:szCs w:val="18"/>
                <w:lang w:val="nl-NL"/>
              </w:rPr>
              <w:br/>
            </w:r>
            <w:r w:rsidRPr="00A741C8">
              <w:rPr>
                <w:sz w:val="18"/>
                <w:szCs w:val="18"/>
                <w:lang w:val="nl-NL"/>
              </w:rPr>
              <w:br/>
            </w:r>
            <w:r w:rsidR="005641CC" w:rsidRPr="00A741C8">
              <w:rPr>
                <w:sz w:val="18"/>
                <w:szCs w:val="18"/>
                <w:lang w:val="nl-NL"/>
              </w:rPr>
              <w:br/>
            </w:r>
            <w:r w:rsidRPr="00A741C8">
              <w:rPr>
                <w:sz w:val="18"/>
                <w:szCs w:val="18"/>
                <w:lang w:val="nl-NL"/>
              </w:rPr>
              <w:br/>
              <w:t>2024-2025</w:t>
            </w:r>
          </w:p>
        </w:tc>
        <w:tc>
          <w:tcPr>
            <w:tcW w:w="2182" w:type="dxa"/>
          </w:tcPr>
          <w:p w14:paraId="007AF687" w14:textId="6A017FAE" w:rsidR="004B7741" w:rsidRPr="00A741C8" w:rsidRDefault="11DC9217" w:rsidP="23C4D4E6">
            <w:pPr>
              <w:rPr>
                <w:sz w:val="18"/>
                <w:szCs w:val="18"/>
                <w:lang w:val="nl-NL"/>
              </w:rPr>
            </w:pPr>
            <w:r w:rsidRPr="23C4D4E6">
              <w:rPr>
                <w:sz w:val="18"/>
                <w:szCs w:val="18"/>
                <w:lang w:val="nl-NL"/>
              </w:rPr>
              <w:t>Hoofdmap waar vorige studiejaren hoofdmappen</w:t>
            </w:r>
            <w:r w:rsidR="726146F0" w:rsidRPr="23C4D4E6">
              <w:rPr>
                <w:sz w:val="18"/>
                <w:szCs w:val="18"/>
                <w:lang w:val="nl-NL"/>
              </w:rPr>
              <w:t xml:space="preserve"> met submappen</w:t>
            </w:r>
            <w:r w:rsidRPr="23C4D4E6">
              <w:rPr>
                <w:sz w:val="18"/>
                <w:szCs w:val="18"/>
                <w:lang w:val="nl-NL"/>
              </w:rPr>
              <w:t xml:space="preserve"> in gearchiveerd worden.</w:t>
            </w:r>
            <w:r w:rsidR="004B7741" w:rsidRPr="00DF1F59">
              <w:rPr>
                <w:lang w:val="nl-NL"/>
              </w:rPr>
              <w:br/>
            </w:r>
            <w:r w:rsidR="004B7741" w:rsidRPr="00DF1F59">
              <w:rPr>
                <w:lang w:val="nl-NL"/>
              </w:rPr>
              <w:br/>
            </w:r>
            <w:r w:rsidR="78E6EF07" w:rsidRPr="23C4D4E6">
              <w:rPr>
                <w:sz w:val="18"/>
                <w:szCs w:val="18"/>
                <w:lang w:val="nl-NL"/>
              </w:rPr>
              <w:t>Hoofdmap</w:t>
            </w:r>
            <w:r w:rsidR="2F32F2F5" w:rsidRPr="23C4D4E6">
              <w:rPr>
                <w:sz w:val="18"/>
                <w:szCs w:val="18"/>
                <w:lang w:val="nl-NL"/>
              </w:rPr>
              <w:t xml:space="preserve"> voor alle submappen , d</w:t>
            </w:r>
            <w:r w:rsidRPr="23C4D4E6">
              <w:rPr>
                <w:sz w:val="18"/>
                <w:szCs w:val="18"/>
                <w:lang w:val="nl-NL"/>
              </w:rPr>
              <w:t>ocumenten en bronnen voor open projecten die in het tweede jaar worden ondernomen.</w:t>
            </w:r>
          </w:p>
          <w:p w14:paraId="132CB9A4" w14:textId="0C72916C" w:rsidR="004B7741" w:rsidRPr="00A741C8" w:rsidRDefault="004B7741" w:rsidP="23C4D4E6">
            <w:pPr>
              <w:rPr>
                <w:sz w:val="18"/>
                <w:szCs w:val="18"/>
                <w:highlight w:val="cyan"/>
                <w:lang w:val="nl-NL"/>
              </w:rPr>
            </w:pPr>
          </w:p>
        </w:tc>
        <w:tc>
          <w:tcPr>
            <w:tcW w:w="2508" w:type="dxa"/>
          </w:tcPr>
          <w:p w14:paraId="53A94DBB" w14:textId="07BD83B6" w:rsidR="004B7741" w:rsidRPr="00A741C8" w:rsidRDefault="64792433" w:rsidP="004B7741">
            <w:pPr>
              <w:rPr>
                <w:sz w:val="18"/>
                <w:szCs w:val="18"/>
                <w:lang w:val="nl-NL"/>
              </w:rPr>
            </w:pPr>
            <w:r w:rsidRPr="23C4D4E6">
              <w:rPr>
                <w:sz w:val="18"/>
                <w:szCs w:val="18"/>
                <w:lang w:val="nl-NL"/>
              </w:rPr>
              <w:t>2024-2025</w:t>
            </w:r>
            <w:r w:rsidR="00502F29" w:rsidRPr="00DF1F59">
              <w:rPr>
                <w:lang w:val="nl-NL"/>
              </w:rPr>
              <w:br/>
            </w:r>
            <w:r w:rsidR="00502F29" w:rsidRPr="00DF1F59">
              <w:rPr>
                <w:lang w:val="nl-NL"/>
              </w:rPr>
              <w:br/>
            </w:r>
            <w:r w:rsidR="00502F29" w:rsidRPr="00DF1F59">
              <w:rPr>
                <w:lang w:val="nl-NL"/>
              </w:rPr>
              <w:br/>
            </w:r>
            <w:r w:rsidR="00502F29" w:rsidRPr="00DF1F59">
              <w:rPr>
                <w:lang w:val="nl-NL"/>
              </w:rPr>
              <w:br/>
            </w:r>
            <w:r w:rsidR="00502F29" w:rsidRPr="00DF1F59">
              <w:rPr>
                <w:lang w:val="nl-NL"/>
              </w:rPr>
              <w:br/>
            </w:r>
            <w:r w:rsidR="00502F29" w:rsidRPr="00DF1F59">
              <w:rPr>
                <w:lang w:val="nl-NL"/>
              </w:rPr>
              <w:br/>
            </w:r>
            <w:r w:rsidR="11DC9217" w:rsidRPr="23C4D4E6">
              <w:rPr>
                <w:sz w:val="18"/>
                <w:szCs w:val="18"/>
                <w:lang w:val="nl-NL"/>
              </w:rPr>
              <w:t xml:space="preserve">Open projecten </w:t>
            </w:r>
            <w:r w:rsidR="00BE30F5">
              <w:rPr>
                <w:sz w:val="18"/>
                <w:szCs w:val="18"/>
                <w:lang w:val="nl-NL"/>
              </w:rPr>
              <w:t xml:space="preserve">- </w:t>
            </w:r>
            <w:r w:rsidR="11DC9217" w:rsidRPr="23C4D4E6">
              <w:rPr>
                <w:sz w:val="18"/>
                <w:szCs w:val="18"/>
                <w:lang w:val="nl-NL"/>
              </w:rPr>
              <w:t>sep</w:t>
            </w:r>
            <w:r w:rsidR="00502F29" w:rsidRPr="00DF1F59">
              <w:rPr>
                <w:lang w:val="nl-NL"/>
              </w:rPr>
              <w:br/>
            </w:r>
            <w:r w:rsidR="11DC9217" w:rsidRPr="23C4D4E6">
              <w:rPr>
                <w:sz w:val="18"/>
                <w:szCs w:val="18"/>
                <w:lang w:val="nl-NL"/>
              </w:rPr>
              <w:t xml:space="preserve">Open projecten </w:t>
            </w:r>
            <w:r w:rsidR="00BE30F5">
              <w:rPr>
                <w:sz w:val="18"/>
                <w:szCs w:val="18"/>
                <w:lang w:val="nl-NL"/>
              </w:rPr>
              <w:t xml:space="preserve">- </w:t>
            </w:r>
            <w:r w:rsidR="11DC9217" w:rsidRPr="23C4D4E6">
              <w:rPr>
                <w:sz w:val="18"/>
                <w:szCs w:val="18"/>
                <w:lang w:val="nl-NL"/>
              </w:rPr>
              <w:t>feb</w:t>
            </w:r>
          </w:p>
          <w:p w14:paraId="2EE6276F" w14:textId="77777777" w:rsidR="00BA51EB" w:rsidRPr="00A741C8" w:rsidRDefault="00BA51EB" w:rsidP="004B7741">
            <w:pPr>
              <w:rPr>
                <w:sz w:val="18"/>
                <w:szCs w:val="18"/>
                <w:lang w:val="nl-NL"/>
              </w:rPr>
            </w:pPr>
          </w:p>
          <w:p w14:paraId="299CFFDB" w14:textId="77777777" w:rsidR="00BA51EB" w:rsidRPr="00A741C8" w:rsidRDefault="00BA51EB" w:rsidP="004B7741">
            <w:pPr>
              <w:rPr>
                <w:sz w:val="18"/>
                <w:szCs w:val="18"/>
                <w:lang w:val="nl-NL"/>
              </w:rPr>
            </w:pPr>
          </w:p>
          <w:p w14:paraId="16D059E9" w14:textId="77777777" w:rsidR="00BA51EB" w:rsidRPr="00A741C8" w:rsidRDefault="00BA51EB" w:rsidP="004B7741">
            <w:pPr>
              <w:rPr>
                <w:sz w:val="18"/>
                <w:szCs w:val="18"/>
                <w:lang w:val="nl-NL"/>
              </w:rPr>
            </w:pPr>
          </w:p>
          <w:p w14:paraId="32A63532" w14:textId="77777777" w:rsidR="00BA51EB" w:rsidRPr="00A741C8" w:rsidRDefault="00BA51EB" w:rsidP="004B7741">
            <w:pPr>
              <w:rPr>
                <w:sz w:val="18"/>
                <w:szCs w:val="18"/>
                <w:lang w:val="nl-NL"/>
              </w:rPr>
            </w:pPr>
          </w:p>
          <w:p w14:paraId="7BFEE313" w14:textId="77777777" w:rsidR="00BA51EB" w:rsidRPr="00A741C8" w:rsidRDefault="00BA51EB" w:rsidP="004B7741">
            <w:pPr>
              <w:rPr>
                <w:sz w:val="18"/>
                <w:szCs w:val="18"/>
                <w:lang w:val="nl-NL"/>
              </w:rPr>
            </w:pPr>
          </w:p>
          <w:p w14:paraId="2E1F2062" w14:textId="77777777" w:rsidR="00BA51EB" w:rsidRPr="00A741C8" w:rsidRDefault="00BA51EB" w:rsidP="004B7741">
            <w:pPr>
              <w:rPr>
                <w:sz w:val="18"/>
                <w:szCs w:val="18"/>
                <w:lang w:val="nl-NL"/>
              </w:rPr>
            </w:pPr>
          </w:p>
          <w:p w14:paraId="246199E0" w14:textId="5A304D49" w:rsidR="00BA51EB" w:rsidRPr="00A741C8" w:rsidRDefault="00BA51EB" w:rsidP="004B7741">
            <w:pPr>
              <w:rPr>
                <w:sz w:val="18"/>
                <w:szCs w:val="18"/>
                <w:lang w:val="nl-NL"/>
              </w:rPr>
            </w:pPr>
            <w:r w:rsidRPr="00A741C8">
              <w:rPr>
                <w:sz w:val="18"/>
                <w:szCs w:val="18"/>
                <w:lang w:val="nl-NL"/>
              </w:rPr>
              <w:t>Kennisbank en Materialen</w:t>
            </w:r>
          </w:p>
        </w:tc>
        <w:tc>
          <w:tcPr>
            <w:tcW w:w="2401" w:type="dxa"/>
          </w:tcPr>
          <w:p w14:paraId="32B3DE8E" w14:textId="3CA9511F" w:rsidR="004B7741" w:rsidRPr="00A741C8" w:rsidRDefault="008F72EF" w:rsidP="004B7741">
            <w:pPr>
              <w:rPr>
                <w:sz w:val="18"/>
                <w:szCs w:val="18"/>
                <w:lang w:val="nl-NL"/>
              </w:rPr>
            </w:pPr>
            <w:r w:rsidRPr="00A741C8">
              <w:rPr>
                <w:sz w:val="18"/>
                <w:szCs w:val="18"/>
                <w:lang w:val="nl-NL"/>
              </w:rPr>
              <w:lastRenderedPageBreak/>
              <w:t>Oude hoofdmap met submappen.</w:t>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005641CC" w:rsidRPr="00A741C8">
              <w:rPr>
                <w:sz w:val="18"/>
                <w:szCs w:val="18"/>
                <w:lang w:val="nl-NL"/>
              </w:rPr>
              <w:br/>
            </w:r>
            <w:r w:rsidRPr="00A741C8">
              <w:rPr>
                <w:sz w:val="18"/>
                <w:szCs w:val="18"/>
                <w:lang w:val="nl-NL"/>
              </w:rPr>
              <w:br/>
            </w:r>
            <w:r w:rsidR="007D6CEB" w:rsidRPr="00A741C8">
              <w:rPr>
                <w:sz w:val="18"/>
                <w:szCs w:val="18"/>
                <w:lang w:val="nl-NL"/>
              </w:rPr>
              <w:t>Goedgekeurde projectomschrijvingen.</w:t>
            </w:r>
            <w:r w:rsidR="00BA51EB" w:rsidRPr="00A741C8">
              <w:rPr>
                <w:sz w:val="18"/>
                <w:szCs w:val="18"/>
                <w:lang w:val="nl-NL"/>
              </w:rPr>
              <w:br/>
            </w:r>
            <w:r w:rsidR="00BA51EB" w:rsidRPr="00A741C8">
              <w:rPr>
                <w:sz w:val="18"/>
                <w:szCs w:val="18"/>
                <w:lang w:val="nl-NL"/>
              </w:rPr>
              <w:br/>
            </w:r>
            <w:r w:rsidR="00BA51EB" w:rsidRPr="00A741C8">
              <w:rPr>
                <w:sz w:val="18"/>
                <w:szCs w:val="18"/>
                <w:lang w:val="nl-NL"/>
              </w:rPr>
              <w:br/>
            </w:r>
            <w:r w:rsidR="00BA51EB" w:rsidRPr="00A741C8">
              <w:rPr>
                <w:sz w:val="18"/>
                <w:szCs w:val="18"/>
                <w:lang w:val="nl-NL"/>
              </w:rPr>
              <w:br/>
            </w:r>
            <w:r w:rsidR="00BA51EB" w:rsidRPr="00A741C8">
              <w:rPr>
                <w:sz w:val="18"/>
                <w:szCs w:val="18"/>
                <w:lang w:val="nl-NL"/>
              </w:rPr>
              <w:br/>
            </w:r>
            <w:r w:rsidR="00BA51EB" w:rsidRPr="00A741C8">
              <w:rPr>
                <w:sz w:val="18"/>
                <w:szCs w:val="18"/>
                <w:lang w:val="nl-NL"/>
              </w:rPr>
              <w:br/>
            </w:r>
            <w:r w:rsidR="00BA51EB" w:rsidRPr="00A741C8">
              <w:rPr>
                <w:sz w:val="18"/>
                <w:szCs w:val="18"/>
                <w:lang w:val="nl-NL"/>
              </w:rPr>
              <w:br/>
            </w:r>
            <w:r w:rsidR="00BA51EB" w:rsidRPr="00A741C8">
              <w:rPr>
                <w:sz w:val="18"/>
                <w:szCs w:val="18"/>
                <w:lang w:val="nl-NL"/>
              </w:rPr>
              <w:lastRenderedPageBreak/>
              <w:t>Alle goedgekeurde content en bronnen voor studenten.</w:t>
            </w:r>
            <w:r w:rsidR="002E73C1" w:rsidRPr="00A741C8">
              <w:rPr>
                <w:sz w:val="18"/>
                <w:szCs w:val="18"/>
                <w:lang w:val="nl-NL"/>
              </w:rPr>
              <w:br/>
            </w:r>
          </w:p>
        </w:tc>
      </w:tr>
      <w:tr w:rsidR="003F3CC8" w:rsidRPr="00A741C8" w14:paraId="0E926045" w14:textId="396DC21B" w:rsidTr="0AE82E15">
        <w:tc>
          <w:tcPr>
            <w:tcW w:w="1806" w:type="dxa"/>
          </w:tcPr>
          <w:p w14:paraId="1868E72F" w14:textId="77777777" w:rsidR="004B7741" w:rsidRPr="00A741C8" w:rsidRDefault="004B7741" w:rsidP="004B7741">
            <w:pPr>
              <w:rPr>
                <w:sz w:val="18"/>
                <w:szCs w:val="18"/>
                <w:lang w:val="nl-NL"/>
              </w:rPr>
            </w:pPr>
            <w:r w:rsidRPr="00A741C8">
              <w:rPr>
                <w:sz w:val="18"/>
                <w:szCs w:val="18"/>
                <w:lang w:val="nl-NL"/>
              </w:rPr>
              <w:lastRenderedPageBreak/>
              <w:t>Jaar 3/4</w:t>
            </w:r>
          </w:p>
        </w:tc>
        <w:tc>
          <w:tcPr>
            <w:tcW w:w="1893" w:type="dxa"/>
          </w:tcPr>
          <w:p w14:paraId="0B79C1C1" w14:textId="77CB5B64" w:rsidR="004B7741" w:rsidRPr="00A741C8" w:rsidRDefault="00056CC2" w:rsidP="004B7741">
            <w:pPr>
              <w:rPr>
                <w:sz w:val="18"/>
                <w:szCs w:val="18"/>
                <w:lang w:val="nl-NL"/>
              </w:rPr>
            </w:pPr>
            <w:r w:rsidRPr="00A741C8">
              <w:rPr>
                <w:sz w:val="18"/>
                <w:szCs w:val="18"/>
                <w:lang w:val="nl-NL"/>
              </w:rPr>
              <w:t>Archief</w:t>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004B7741" w:rsidRPr="00A741C8">
              <w:rPr>
                <w:sz w:val="18"/>
                <w:szCs w:val="18"/>
                <w:lang w:val="nl-NL"/>
              </w:rPr>
              <w:t>2024-2025</w:t>
            </w:r>
          </w:p>
        </w:tc>
        <w:tc>
          <w:tcPr>
            <w:tcW w:w="2182" w:type="dxa"/>
          </w:tcPr>
          <w:p w14:paraId="590ACE1F" w14:textId="7DE8D0A7" w:rsidR="004B7741" w:rsidRPr="00A741C8" w:rsidRDefault="00056CC2" w:rsidP="004B7741">
            <w:pPr>
              <w:rPr>
                <w:sz w:val="18"/>
                <w:szCs w:val="18"/>
                <w:lang w:val="nl-NL"/>
              </w:rPr>
            </w:pPr>
            <w:r w:rsidRPr="00A741C8">
              <w:rPr>
                <w:sz w:val="18"/>
                <w:szCs w:val="18"/>
                <w:lang w:val="nl-NL"/>
              </w:rPr>
              <w:t>Hoofdmap waar vorige studiejaren hoofdmappen in gearchiveerd worden.</w:t>
            </w:r>
          </w:p>
        </w:tc>
        <w:tc>
          <w:tcPr>
            <w:tcW w:w="2508" w:type="dxa"/>
          </w:tcPr>
          <w:p w14:paraId="34F2873A" w14:textId="5185E02C" w:rsidR="0080627D" w:rsidRPr="00A741C8" w:rsidRDefault="00900300" w:rsidP="004B7741">
            <w:pPr>
              <w:rPr>
                <w:sz w:val="18"/>
                <w:szCs w:val="18"/>
                <w:lang w:val="nl-NL"/>
              </w:rPr>
            </w:pPr>
            <w:r w:rsidRPr="00A741C8">
              <w:rPr>
                <w:sz w:val="18"/>
                <w:szCs w:val="18"/>
                <w:lang w:val="nl-NL"/>
              </w:rPr>
              <w:t>2023-2024</w:t>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Pr="00A741C8">
              <w:rPr>
                <w:sz w:val="18"/>
                <w:szCs w:val="18"/>
                <w:lang w:val="nl-NL"/>
              </w:rPr>
              <w:br/>
            </w:r>
            <w:r w:rsidR="004B7741" w:rsidRPr="00A741C8">
              <w:rPr>
                <w:sz w:val="18"/>
                <w:szCs w:val="18"/>
                <w:lang w:val="nl-NL"/>
              </w:rPr>
              <w:t>Stages</w:t>
            </w:r>
            <w:r w:rsidR="0080627D" w:rsidRPr="00A741C8">
              <w:rPr>
                <w:sz w:val="18"/>
                <w:szCs w:val="18"/>
                <w:lang w:val="nl-NL"/>
              </w:rPr>
              <w:br/>
            </w:r>
          </w:p>
          <w:p w14:paraId="040CC5B8" w14:textId="77777777" w:rsidR="0080627D" w:rsidRPr="00A741C8" w:rsidRDefault="0080627D" w:rsidP="0080627D">
            <w:pPr>
              <w:rPr>
                <w:sz w:val="18"/>
                <w:szCs w:val="18"/>
                <w:lang w:val="nl-NL"/>
              </w:rPr>
            </w:pPr>
          </w:p>
          <w:p w14:paraId="0B81C05A" w14:textId="33229A4A" w:rsidR="0080627D" w:rsidRPr="00A741C8" w:rsidRDefault="004B7741" w:rsidP="0080627D">
            <w:pPr>
              <w:rPr>
                <w:sz w:val="18"/>
                <w:szCs w:val="18"/>
                <w:lang w:val="nl-NL"/>
              </w:rPr>
            </w:pPr>
            <w:r w:rsidRPr="00A741C8">
              <w:rPr>
                <w:sz w:val="18"/>
                <w:szCs w:val="18"/>
                <w:lang w:val="nl-NL"/>
              </w:rPr>
              <w:t>Minors</w:t>
            </w:r>
            <w:r w:rsidRPr="00A741C8">
              <w:rPr>
                <w:sz w:val="18"/>
                <w:szCs w:val="18"/>
                <w:lang w:val="nl-NL"/>
              </w:rPr>
              <w:br/>
            </w:r>
            <w:r w:rsidR="0080627D" w:rsidRPr="00A741C8">
              <w:rPr>
                <w:sz w:val="18"/>
                <w:szCs w:val="18"/>
                <w:lang w:val="nl-NL"/>
              </w:rPr>
              <w:br/>
            </w:r>
          </w:p>
          <w:p w14:paraId="20CF592B" w14:textId="7909E421" w:rsidR="004B7741" w:rsidRPr="00A741C8" w:rsidRDefault="004B7741" w:rsidP="0080627D">
            <w:pPr>
              <w:rPr>
                <w:sz w:val="18"/>
                <w:szCs w:val="18"/>
                <w:lang w:val="nl-NL"/>
              </w:rPr>
            </w:pPr>
            <w:r w:rsidRPr="00A741C8">
              <w:rPr>
                <w:sz w:val="18"/>
                <w:szCs w:val="18"/>
                <w:lang w:val="nl-NL"/>
              </w:rPr>
              <w:t>Afstuderen</w:t>
            </w:r>
          </w:p>
        </w:tc>
        <w:tc>
          <w:tcPr>
            <w:tcW w:w="2401" w:type="dxa"/>
          </w:tcPr>
          <w:p w14:paraId="42BC5B74" w14:textId="42C56962" w:rsidR="004B7741" w:rsidRPr="00A741C8" w:rsidRDefault="007A6F15" w:rsidP="004B7741">
            <w:pPr>
              <w:rPr>
                <w:sz w:val="18"/>
                <w:szCs w:val="18"/>
                <w:lang w:val="nl-NL"/>
              </w:rPr>
            </w:pPr>
            <w:r w:rsidRPr="00A741C8">
              <w:rPr>
                <w:sz w:val="18"/>
                <w:szCs w:val="18"/>
                <w:lang w:val="nl-NL"/>
              </w:rPr>
              <w:t>Oude hoofdmap met submappen.</w:t>
            </w:r>
            <w:r w:rsidRPr="00A741C8">
              <w:rPr>
                <w:sz w:val="18"/>
                <w:szCs w:val="18"/>
                <w:lang w:val="nl-NL"/>
              </w:rPr>
              <w:br/>
            </w:r>
            <w:r w:rsidR="00900300" w:rsidRPr="00A741C8">
              <w:rPr>
                <w:sz w:val="18"/>
                <w:szCs w:val="18"/>
                <w:lang w:val="nl-NL"/>
              </w:rPr>
              <w:br/>
            </w:r>
            <w:r w:rsidR="00900300" w:rsidRPr="00A741C8">
              <w:rPr>
                <w:sz w:val="18"/>
                <w:szCs w:val="18"/>
                <w:lang w:val="nl-NL"/>
              </w:rPr>
              <w:br/>
            </w:r>
            <w:r w:rsidR="00900300" w:rsidRPr="00A741C8">
              <w:rPr>
                <w:sz w:val="18"/>
                <w:szCs w:val="18"/>
                <w:lang w:val="nl-NL"/>
              </w:rPr>
              <w:br/>
            </w:r>
            <w:r w:rsidR="00900300" w:rsidRPr="00A741C8">
              <w:rPr>
                <w:sz w:val="18"/>
                <w:szCs w:val="18"/>
                <w:lang w:val="nl-NL"/>
              </w:rPr>
              <w:br/>
            </w:r>
            <w:r w:rsidR="00900300" w:rsidRPr="00A741C8">
              <w:rPr>
                <w:sz w:val="18"/>
                <w:szCs w:val="18"/>
                <w:lang w:val="nl-NL"/>
              </w:rPr>
              <w:br/>
            </w:r>
            <w:r w:rsidR="00900300" w:rsidRPr="00A741C8">
              <w:rPr>
                <w:sz w:val="18"/>
                <w:szCs w:val="18"/>
                <w:lang w:val="nl-NL"/>
              </w:rPr>
              <w:br/>
              <w:t>Documenten met overzicht stages</w:t>
            </w:r>
            <w:r w:rsidR="0080627D" w:rsidRPr="00A741C8">
              <w:rPr>
                <w:sz w:val="18"/>
                <w:szCs w:val="18"/>
                <w:lang w:val="nl-NL"/>
              </w:rPr>
              <w:t>.</w:t>
            </w:r>
            <w:r w:rsidR="0080627D" w:rsidRPr="00A741C8">
              <w:rPr>
                <w:sz w:val="18"/>
                <w:szCs w:val="18"/>
                <w:lang w:val="nl-NL"/>
              </w:rPr>
              <w:br/>
            </w:r>
            <w:r w:rsidR="0080627D" w:rsidRPr="00A741C8">
              <w:rPr>
                <w:sz w:val="18"/>
                <w:szCs w:val="18"/>
                <w:lang w:val="nl-NL"/>
              </w:rPr>
              <w:br/>
              <w:t>Documenten met overzicht minors.</w:t>
            </w:r>
            <w:r w:rsidR="0080627D" w:rsidRPr="00A741C8">
              <w:rPr>
                <w:sz w:val="18"/>
                <w:szCs w:val="18"/>
                <w:lang w:val="nl-NL"/>
              </w:rPr>
              <w:br/>
            </w:r>
            <w:r w:rsidR="0080627D" w:rsidRPr="00A741C8">
              <w:rPr>
                <w:sz w:val="18"/>
                <w:szCs w:val="18"/>
                <w:lang w:val="nl-NL"/>
              </w:rPr>
              <w:br/>
              <w:t>Documenten met overzicht afstudeerders.</w:t>
            </w:r>
          </w:p>
        </w:tc>
      </w:tr>
      <w:tr w:rsidR="003F3CC8" w:rsidRPr="00A741C8" w14:paraId="61E698FA" w14:textId="4F0D3C38" w:rsidTr="0AE82E15">
        <w:tc>
          <w:tcPr>
            <w:tcW w:w="1806" w:type="dxa"/>
          </w:tcPr>
          <w:p w14:paraId="2083E4DA" w14:textId="2784EDA6" w:rsidR="004B7741" w:rsidRPr="00A741C8" w:rsidRDefault="004B7741" w:rsidP="004B7741">
            <w:pPr>
              <w:rPr>
                <w:sz w:val="18"/>
                <w:szCs w:val="18"/>
                <w:lang w:val="nl-NL"/>
              </w:rPr>
            </w:pPr>
            <w:r w:rsidRPr="00A741C8">
              <w:rPr>
                <w:sz w:val="18"/>
                <w:szCs w:val="18"/>
                <w:lang w:val="nl-NL"/>
              </w:rPr>
              <w:t>Werkgroep</w:t>
            </w:r>
            <w:r w:rsidR="0080627D" w:rsidRPr="00A741C8">
              <w:rPr>
                <w:sz w:val="18"/>
                <w:szCs w:val="18"/>
                <w:lang w:val="nl-NL"/>
              </w:rPr>
              <w:t xml:space="preserve"> X</w:t>
            </w:r>
          </w:p>
        </w:tc>
        <w:tc>
          <w:tcPr>
            <w:tcW w:w="1893" w:type="dxa"/>
          </w:tcPr>
          <w:p w14:paraId="7EEF31FE" w14:textId="5F7FA6AD" w:rsidR="004B7741" w:rsidRPr="00A741C8" w:rsidRDefault="00924E99" w:rsidP="004B7741">
            <w:pPr>
              <w:rPr>
                <w:sz w:val="18"/>
                <w:szCs w:val="18"/>
                <w:lang w:val="nl-NL"/>
              </w:rPr>
            </w:pPr>
            <w:r w:rsidRPr="00A741C8">
              <w:rPr>
                <w:sz w:val="18"/>
                <w:szCs w:val="18"/>
                <w:lang w:val="nl-NL"/>
              </w:rPr>
              <w:t>Archief</w:t>
            </w:r>
            <w:r w:rsidRPr="00A741C8">
              <w:rPr>
                <w:sz w:val="18"/>
                <w:szCs w:val="18"/>
                <w:lang w:val="nl-NL"/>
              </w:rPr>
              <w:br/>
            </w:r>
            <w:r w:rsidR="005641CC" w:rsidRPr="00A741C8">
              <w:rPr>
                <w:sz w:val="18"/>
                <w:szCs w:val="18"/>
                <w:lang w:val="nl-NL"/>
              </w:rPr>
              <w:br/>
            </w:r>
            <w:r w:rsidR="005641CC" w:rsidRPr="00A741C8">
              <w:rPr>
                <w:sz w:val="18"/>
                <w:szCs w:val="18"/>
                <w:lang w:val="nl-NL"/>
              </w:rPr>
              <w:br/>
            </w:r>
            <w:r w:rsidR="005641CC" w:rsidRPr="00A741C8">
              <w:rPr>
                <w:sz w:val="18"/>
                <w:szCs w:val="18"/>
                <w:lang w:val="nl-NL"/>
              </w:rPr>
              <w:br/>
            </w:r>
            <w:r w:rsidR="005641CC" w:rsidRPr="00A741C8">
              <w:rPr>
                <w:sz w:val="18"/>
                <w:szCs w:val="18"/>
                <w:lang w:val="nl-NL"/>
              </w:rPr>
              <w:br/>
            </w:r>
            <w:r w:rsidRPr="00A741C8">
              <w:rPr>
                <w:sz w:val="18"/>
                <w:szCs w:val="18"/>
                <w:lang w:val="nl-NL"/>
              </w:rPr>
              <w:br/>
            </w:r>
            <w:r w:rsidR="0080627D" w:rsidRPr="00A741C8">
              <w:rPr>
                <w:sz w:val="18"/>
                <w:szCs w:val="18"/>
                <w:lang w:val="nl-NL"/>
              </w:rPr>
              <w:t>2024-20</w:t>
            </w:r>
            <w:r w:rsidRPr="00A741C8">
              <w:rPr>
                <w:sz w:val="18"/>
                <w:szCs w:val="18"/>
                <w:lang w:val="nl-NL"/>
              </w:rPr>
              <w:t>25</w:t>
            </w:r>
          </w:p>
        </w:tc>
        <w:tc>
          <w:tcPr>
            <w:tcW w:w="2182" w:type="dxa"/>
          </w:tcPr>
          <w:p w14:paraId="395DE352" w14:textId="6EEC2BEC" w:rsidR="004B7741" w:rsidRPr="00A741C8" w:rsidRDefault="005641CC" w:rsidP="004B7741">
            <w:pPr>
              <w:rPr>
                <w:sz w:val="18"/>
                <w:szCs w:val="18"/>
                <w:lang w:val="nl-NL"/>
              </w:rPr>
            </w:pPr>
            <w:r w:rsidRPr="00A741C8">
              <w:rPr>
                <w:sz w:val="18"/>
                <w:szCs w:val="18"/>
                <w:lang w:val="nl-NL"/>
              </w:rPr>
              <w:t>Hoofdmap waar vorige studiejaren hoofdmappen in gearchiveerd worden.</w:t>
            </w:r>
            <w:r w:rsidR="00924E99" w:rsidRPr="00A741C8">
              <w:rPr>
                <w:sz w:val="18"/>
                <w:szCs w:val="18"/>
                <w:lang w:val="nl-NL"/>
              </w:rPr>
              <w:br/>
            </w:r>
            <w:r w:rsidR="00924E99" w:rsidRPr="00A741C8">
              <w:rPr>
                <w:sz w:val="18"/>
                <w:szCs w:val="18"/>
                <w:lang w:val="nl-NL"/>
              </w:rPr>
              <w:br/>
            </w:r>
            <w:r w:rsidR="004B7741" w:rsidRPr="00A741C8">
              <w:rPr>
                <w:sz w:val="18"/>
                <w:szCs w:val="18"/>
                <w:lang w:val="nl-NL"/>
              </w:rPr>
              <w:t>Mappen voor elke actieve werkgroep, met daarin documentatie en bronnen die relevant zijn voor hun doelen en taken.</w:t>
            </w:r>
            <w:r w:rsidR="003F3CC8" w:rsidRPr="00A741C8">
              <w:rPr>
                <w:sz w:val="18"/>
                <w:szCs w:val="18"/>
                <w:lang w:val="nl-NL"/>
              </w:rPr>
              <w:br/>
            </w:r>
          </w:p>
        </w:tc>
        <w:tc>
          <w:tcPr>
            <w:tcW w:w="2508" w:type="dxa"/>
          </w:tcPr>
          <w:p w14:paraId="09B9A397" w14:textId="641AE1AA" w:rsidR="004B7741" w:rsidRPr="00A741C8" w:rsidRDefault="00DE1BB6" w:rsidP="004B7741">
            <w:pPr>
              <w:rPr>
                <w:sz w:val="18"/>
                <w:szCs w:val="18"/>
                <w:lang w:val="nl-NL"/>
              </w:rPr>
            </w:pPr>
            <w:r w:rsidRPr="00A741C8">
              <w:rPr>
                <w:sz w:val="18"/>
                <w:szCs w:val="18"/>
                <w:lang w:val="nl-NL"/>
              </w:rPr>
              <w:t>2023-2024</w:t>
            </w:r>
            <w:r w:rsidRPr="00A741C8">
              <w:rPr>
                <w:sz w:val="18"/>
                <w:szCs w:val="18"/>
                <w:lang w:val="nl-NL"/>
              </w:rPr>
              <w:br/>
            </w:r>
            <w:r w:rsidR="005641CC" w:rsidRPr="00A741C8">
              <w:rPr>
                <w:sz w:val="18"/>
                <w:szCs w:val="18"/>
                <w:lang w:val="nl-NL"/>
              </w:rPr>
              <w:br/>
            </w:r>
            <w:r w:rsidR="005641CC" w:rsidRPr="00A741C8">
              <w:rPr>
                <w:sz w:val="18"/>
                <w:szCs w:val="18"/>
                <w:lang w:val="nl-NL"/>
              </w:rPr>
              <w:br/>
            </w:r>
            <w:r w:rsidR="005641CC" w:rsidRPr="00A741C8">
              <w:rPr>
                <w:sz w:val="18"/>
                <w:szCs w:val="18"/>
                <w:lang w:val="nl-NL"/>
              </w:rPr>
              <w:br/>
            </w:r>
            <w:r w:rsidR="005641CC" w:rsidRPr="00A741C8">
              <w:rPr>
                <w:sz w:val="18"/>
                <w:szCs w:val="18"/>
                <w:lang w:val="nl-NL"/>
              </w:rPr>
              <w:br/>
            </w:r>
            <w:r w:rsidR="005641CC" w:rsidRPr="00A741C8">
              <w:rPr>
                <w:sz w:val="18"/>
                <w:szCs w:val="18"/>
                <w:lang w:val="nl-NL"/>
              </w:rPr>
              <w:br/>
            </w:r>
            <w:r w:rsidR="003F3CC8" w:rsidRPr="00A741C8">
              <w:rPr>
                <w:sz w:val="18"/>
                <w:szCs w:val="18"/>
                <w:lang w:val="nl-NL"/>
              </w:rPr>
              <w:t>(zelf in te vullen)</w:t>
            </w:r>
          </w:p>
        </w:tc>
        <w:tc>
          <w:tcPr>
            <w:tcW w:w="2401" w:type="dxa"/>
          </w:tcPr>
          <w:p w14:paraId="49CC0A55" w14:textId="43EF9264" w:rsidR="004B7741" w:rsidRPr="00A741C8" w:rsidRDefault="00DE1BB6" w:rsidP="004B7741">
            <w:pPr>
              <w:rPr>
                <w:sz w:val="18"/>
                <w:szCs w:val="18"/>
                <w:lang w:val="nl-NL"/>
              </w:rPr>
            </w:pPr>
            <w:r w:rsidRPr="00A741C8">
              <w:rPr>
                <w:sz w:val="18"/>
                <w:szCs w:val="18"/>
                <w:lang w:val="nl-NL"/>
              </w:rPr>
              <w:t>Oude hoofdmap met submappen.</w:t>
            </w:r>
            <w:r w:rsidRPr="00A741C8">
              <w:rPr>
                <w:sz w:val="18"/>
                <w:szCs w:val="18"/>
                <w:lang w:val="nl-NL"/>
              </w:rPr>
              <w:br/>
            </w:r>
          </w:p>
        </w:tc>
      </w:tr>
    </w:tbl>
    <w:p w14:paraId="67EB7BD2" w14:textId="621871E5" w:rsidR="00A45302" w:rsidRDefault="00A45302" w:rsidP="00BD018D">
      <w:pPr>
        <w:pStyle w:val="Kop1"/>
        <w:rPr>
          <w:lang w:val="nl-NL"/>
        </w:rPr>
      </w:pPr>
      <w:r w:rsidRPr="23C4D4E6">
        <w:rPr>
          <w:lang w:val="nl-NL"/>
        </w:rPr>
        <w:t>Voorstel indeling scrumboard:</w:t>
      </w:r>
      <w:r>
        <w:rPr>
          <w:noProof/>
        </w:rPr>
        <w:drawing>
          <wp:inline distT="0" distB="0" distL="0" distR="0" wp14:anchorId="5631152A" wp14:editId="13FCABE2">
            <wp:extent cx="6858000" cy="4137660"/>
            <wp:effectExtent l="0" t="0" r="0" b="0"/>
            <wp:docPr id="1264269044" name="Afbeelding 1" descr="Afbeelding met schermopname, tekst, software, Multimedia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6">
                      <a:extLst>
                        <a:ext uri="{28A0092B-C50C-407E-A947-70E740481C1C}">
                          <a14:useLocalDpi xmlns:a14="http://schemas.microsoft.com/office/drawing/2010/main" val="0"/>
                        </a:ext>
                      </a:extLst>
                    </a:blip>
                    <a:stretch>
                      <a:fillRect/>
                    </a:stretch>
                  </pic:blipFill>
                  <pic:spPr>
                    <a:xfrm>
                      <a:off x="0" y="0"/>
                      <a:ext cx="6858000" cy="4137660"/>
                    </a:xfrm>
                    <a:prstGeom prst="rect">
                      <a:avLst/>
                    </a:prstGeom>
                  </pic:spPr>
                </pic:pic>
              </a:graphicData>
            </a:graphic>
          </wp:inline>
        </w:drawing>
      </w:r>
    </w:p>
    <w:p w14:paraId="311C4BED" w14:textId="0E737C54" w:rsidR="00D00F78" w:rsidRDefault="00D00F78">
      <w:pPr>
        <w:rPr>
          <w:lang w:val="nl-NL"/>
        </w:rPr>
      </w:pPr>
      <w:r w:rsidRPr="0AE82E15">
        <w:rPr>
          <w:lang w:val="nl-NL"/>
        </w:rPr>
        <w:br w:type="page"/>
      </w:r>
    </w:p>
    <w:p w14:paraId="7F756CEA" w14:textId="05E6EE3A" w:rsidR="00BD018D" w:rsidRDefault="00D00F78" w:rsidP="00D00F78">
      <w:pPr>
        <w:pStyle w:val="Kop1"/>
        <w:rPr>
          <w:lang w:val="nl-NL"/>
        </w:rPr>
      </w:pPr>
      <w:r>
        <w:rPr>
          <w:lang w:val="nl-NL"/>
        </w:rPr>
        <w:lastRenderedPageBreak/>
        <w:t>Naamgeving bestanden</w:t>
      </w:r>
    </w:p>
    <w:p w14:paraId="4E2E5C38" w14:textId="4B276C09" w:rsidR="00D00F78" w:rsidRPr="00D00F78" w:rsidRDefault="00D00F78" w:rsidP="00D00F78">
      <w:pPr>
        <w:rPr>
          <w:lang w:val="nl-NL"/>
        </w:rPr>
      </w:pPr>
      <w:r w:rsidRPr="00D00F78">
        <w:rPr>
          <w:lang w:val="nl-NL"/>
        </w:rPr>
        <w:t>Een goede naamgeving voor bestanden die de naam van het bestand en de versie bevat, helpt om bestanden snel te identificeren en zorgt voor orde in de opslag van documenten. Hier is een gestructureerd formaat dat u zou kunnen gebruiken:</w:t>
      </w:r>
    </w:p>
    <w:p w14:paraId="63949E58" w14:textId="467D1C1A" w:rsidR="00D00F78" w:rsidRPr="00D00F78" w:rsidRDefault="00906AA4" w:rsidP="00D00F78">
      <w:pPr>
        <w:rPr>
          <w:lang w:val="nl-NL"/>
        </w:rPr>
      </w:pPr>
      <w:r>
        <w:rPr>
          <w:b/>
          <w:bCs/>
          <w:lang w:val="nl-NL"/>
        </w:rPr>
        <w:t>[</w:t>
      </w:r>
      <w:r w:rsidR="00D00F78" w:rsidRPr="00D00F78">
        <w:rPr>
          <w:b/>
          <w:bCs/>
          <w:lang w:val="nl-NL"/>
        </w:rPr>
        <w:t>Bestandsnaam]_v[versienummer]</w:t>
      </w:r>
    </w:p>
    <w:p w14:paraId="578B732E" w14:textId="77777777" w:rsidR="00D00F78" w:rsidRPr="00D00F78" w:rsidRDefault="00D00F78" w:rsidP="00D00F78">
      <w:pPr>
        <w:rPr>
          <w:lang w:val="nl-NL"/>
        </w:rPr>
      </w:pPr>
      <w:r w:rsidRPr="00D00F78">
        <w:rPr>
          <w:lang w:val="nl-NL"/>
        </w:rPr>
        <w:t>Hierbij staat:</w:t>
      </w:r>
    </w:p>
    <w:p w14:paraId="5CACC67B" w14:textId="77777777" w:rsidR="00D00F78" w:rsidRPr="00D00F78" w:rsidRDefault="00D00F78" w:rsidP="00D00F78">
      <w:pPr>
        <w:numPr>
          <w:ilvl w:val="0"/>
          <w:numId w:val="11"/>
        </w:numPr>
        <w:rPr>
          <w:lang w:val="nl-NL"/>
        </w:rPr>
      </w:pPr>
      <w:r w:rsidRPr="00D00F78">
        <w:rPr>
          <w:b/>
          <w:bCs/>
          <w:lang w:val="nl-NL"/>
        </w:rPr>
        <w:t>[Bestandsnaam]</w:t>
      </w:r>
      <w:r w:rsidRPr="00D00F78">
        <w:rPr>
          <w:lang w:val="nl-NL"/>
        </w:rPr>
        <w:t xml:space="preserve"> voor een duidelijke en beknopte beschrijving van de inhoud van het bestand.</w:t>
      </w:r>
    </w:p>
    <w:p w14:paraId="6B473BC4" w14:textId="77777777" w:rsidR="00D00F78" w:rsidRPr="00D00F78" w:rsidRDefault="00D00F78" w:rsidP="00D00F78">
      <w:pPr>
        <w:numPr>
          <w:ilvl w:val="0"/>
          <w:numId w:val="11"/>
        </w:numPr>
        <w:rPr>
          <w:lang w:val="nl-NL"/>
        </w:rPr>
      </w:pPr>
      <w:r w:rsidRPr="00D00F78">
        <w:rPr>
          <w:b/>
          <w:bCs/>
          <w:lang w:val="nl-NL"/>
        </w:rPr>
        <w:t>v[versienummer]</w:t>
      </w:r>
      <w:r w:rsidRPr="00D00F78">
        <w:rPr>
          <w:lang w:val="nl-NL"/>
        </w:rPr>
        <w:t xml:space="preserve"> voor de versie van het bestand. Dit kan een eenvoudig opeenvolgend nummer zijn, zoals v1, v2, v3, etc., of een meer gedetailleerde notatie zoals v1.0, v1.1 voor kleinere aanpassingen, v2.0 voor grote updates, etc.</w:t>
      </w:r>
    </w:p>
    <w:p w14:paraId="26CCBB4D" w14:textId="426882D1" w:rsidR="00D00F78" w:rsidRPr="00D00F78" w:rsidRDefault="00D00F78" w:rsidP="00D00F78">
      <w:pPr>
        <w:rPr>
          <w:lang w:val="nl-NL"/>
        </w:rPr>
      </w:pPr>
      <w:r w:rsidRPr="23C4D4E6">
        <w:rPr>
          <w:lang w:val="nl-NL"/>
        </w:rPr>
        <w:t xml:space="preserve">Voorbeeld van een bestandsnaam met dit formaat kan zijn: </w:t>
      </w:r>
      <w:r w:rsidRPr="23C4D4E6">
        <w:rPr>
          <w:b/>
          <w:bCs/>
          <w:lang w:val="nl-NL"/>
        </w:rPr>
        <w:t>Projectplan_v2.1.docx</w:t>
      </w:r>
    </w:p>
    <w:p w14:paraId="173A3E6F" w14:textId="3D088A9B" w:rsidR="00D00F78" w:rsidRPr="00D00F78" w:rsidRDefault="00D00F78" w:rsidP="00D00F78">
      <w:pPr>
        <w:rPr>
          <w:lang w:val="nl-NL"/>
        </w:rPr>
      </w:pPr>
      <w:r w:rsidRPr="0AE82E15">
        <w:rPr>
          <w:lang w:val="nl-NL"/>
        </w:rPr>
        <w:t>Dit betekent dat het bestand een projectplan is en het is versie 2.1.</w:t>
      </w:r>
    </w:p>
    <w:p w14:paraId="3079EA6A" w14:textId="6C53FC91" w:rsidR="00D00F78" w:rsidRPr="00D00F78" w:rsidRDefault="00D00F78" w:rsidP="00D00F78">
      <w:pPr>
        <w:rPr>
          <w:lang w:val="nl-NL"/>
        </w:rPr>
      </w:pPr>
      <w:r w:rsidRPr="00D00F78">
        <w:rPr>
          <w:lang w:val="nl-NL"/>
        </w:rPr>
        <w:t>Dit formaat zorgt voor consistentie en maakt het makkelijker voor teamleden om de bestanden te beheren en te begrijpen. Het is ook schaalbaar voor automatiseringsscripts of digitale tools die bestandsmanagement ondersteunen.</w:t>
      </w:r>
      <w:r w:rsidR="00675847">
        <w:rPr>
          <w:lang w:val="nl-NL"/>
        </w:rPr>
        <w:t xml:space="preserve"> Denk hierbij aan de Microsoft 365 app, waar je snel bestanden kunt vinden als je de naam weet.</w:t>
      </w:r>
    </w:p>
    <w:p w14:paraId="4EF9B73D" w14:textId="77777777" w:rsidR="00D00F78" w:rsidRPr="00BD018D" w:rsidRDefault="00D00F78" w:rsidP="00BD018D">
      <w:pPr>
        <w:rPr>
          <w:lang w:val="nl-NL"/>
        </w:rPr>
      </w:pPr>
    </w:p>
    <w:sectPr w:rsidR="00D00F78" w:rsidRPr="00BD018D" w:rsidSect="000412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BF651C4"/>
    <w:multiLevelType w:val="multilevel"/>
    <w:tmpl w:val="2246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E64015"/>
    <w:multiLevelType w:val="hybridMultilevel"/>
    <w:tmpl w:val="D3224D7C"/>
    <w:lvl w:ilvl="0" w:tplc="B9906D40">
      <w:start w:val="2023"/>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98857083">
    <w:abstractNumId w:val="8"/>
  </w:num>
  <w:num w:numId="2" w16cid:durableId="1801415611">
    <w:abstractNumId w:val="6"/>
  </w:num>
  <w:num w:numId="3" w16cid:durableId="898633552">
    <w:abstractNumId w:val="5"/>
  </w:num>
  <w:num w:numId="4" w16cid:durableId="1709524410">
    <w:abstractNumId w:val="4"/>
  </w:num>
  <w:num w:numId="5" w16cid:durableId="32731081">
    <w:abstractNumId w:val="7"/>
  </w:num>
  <w:num w:numId="6" w16cid:durableId="147939036">
    <w:abstractNumId w:val="3"/>
  </w:num>
  <w:num w:numId="7" w16cid:durableId="173149948">
    <w:abstractNumId w:val="2"/>
  </w:num>
  <w:num w:numId="8" w16cid:durableId="1719430329">
    <w:abstractNumId w:val="1"/>
  </w:num>
  <w:num w:numId="9" w16cid:durableId="1042946824">
    <w:abstractNumId w:val="0"/>
  </w:num>
  <w:num w:numId="10" w16cid:durableId="1008946626">
    <w:abstractNumId w:val="10"/>
  </w:num>
  <w:num w:numId="11" w16cid:durableId="12887751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274"/>
    <w:rsid w:val="00056CC2"/>
    <w:rsid w:val="0006063C"/>
    <w:rsid w:val="0015074B"/>
    <w:rsid w:val="001E362A"/>
    <w:rsid w:val="00252FB1"/>
    <w:rsid w:val="0029639D"/>
    <w:rsid w:val="002A546E"/>
    <w:rsid w:val="002E73C1"/>
    <w:rsid w:val="00326F90"/>
    <w:rsid w:val="003F3CC8"/>
    <w:rsid w:val="0042012A"/>
    <w:rsid w:val="00474686"/>
    <w:rsid w:val="004B7741"/>
    <w:rsid w:val="004D6443"/>
    <w:rsid w:val="00502F29"/>
    <w:rsid w:val="005641CC"/>
    <w:rsid w:val="00675847"/>
    <w:rsid w:val="00792EA6"/>
    <w:rsid w:val="007A6F15"/>
    <w:rsid w:val="007D6CEB"/>
    <w:rsid w:val="0080627D"/>
    <w:rsid w:val="008F72EF"/>
    <w:rsid w:val="00900300"/>
    <w:rsid w:val="00906AA4"/>
    <w:rsid w:val="00924E99"/>
    <w:rsid w:val="00A45302"/>
    <w:rsid w:val="00A741C8"/>
    <w:rsid w:val="00AA1D8D"/>
    <w:rsid w:val="00B47730"/>
    <w:rsid w:val="00B90397"/>
    <w:rsid w:val="00BA51EB"/>
    <w:rsid w:val="00BD018D"/>
    <w:rsid w:val="00BE30F5"/>
    <w:rsid w:val="00C24262"/>
    <w:rsid w:val="00CB0664"/>
    <w:rsid w:val="00D00F78"/>
    <w:rsid w:val="00DE1BB6"/>
    <w:rsid w:val="00DF1F59"/>
    <w:rsid w:val="00EE6A20"/>
    <w:rsid w:val="00F25E40"/>
    <w:rsid w:val="00FB666E"/>
    <w:rsid w:val="00FC693F"/>
    <w:rsid w:val="02649543"/>
    <w:rsid w:val="0478EC91"/>
    <w:rsid w:val="04B399B4"/>
    <w:rsid w:val="04D32AEA"/>
    <w:rsid w:val="04FF72AB"/>
    <w:rsid w:val="078EA661"/>
    <w:rsid w:val="07B08D53"/>
    <w:rsid w:val="09F594CA"/>
    <w:rsid w:val="0AE82E15"/>
    <w:rsid w:val="0DA22170"/>
    <w:rsid w:val="0F956F60"/>
    <w:rsid w:val="11D9BE8E"/>
    <w:rsid w:val="11DC9217"/>
    <w:rsid w:val="12C901D2"/>
    <w:rsid w:val="187E31AE"/>
    <w:rsid w:val="19B73634"/>
    <w:rsid w:val="1A3D1C14"/>
    <w:rsid w:val="1F971351"/>
    <w:rsid w:val="22ABA385"/>
    <w:rsid w:val="23C4D4E6"/>
    <w:rsid w:val="24EACB64"/>
    <w:rsid w:val="2548EA13"/>
    <w:rsid w:val="271FF0C1"/>
    <w:rsid w:val="27736719"/>
    <w:rsid w:val="28F21A7C"/>
    <w:rsid w:val="2BAF8077"/>
    <w:rsid w:val="2F32F2F5"/>
    <w:rsid w:val="2F403BFD"/>
    <w:rsid w:val="2FD346CE"/>
    <w:rsid w:val="321616DB"/>
    <w:rsid w:val="328A1F7E"/>
    <w:rsid w:val="34020FAA"/>
    <w:rsid w:val="348F4F84"/>
    <w:rsid w:val="37B449C6"/>
    <w:rsid w:val="3A7A4C18"/>
    <w:rsid w:val="3AA2E410"/>
    <w:rsid w:val="3B5AD7D8"/>
    <w:rsid w:val="3E095EAF"/>
    <w:rsid w:val="3F1A8429"/>
    <w:rsid w:val="41097A74"/>
    <w:rsid w:val="451D2E11"/>
    <w:rsid w:val="49D19FDE"/>
    <w:rsid w:val="4A264675"/>
    <w:rsid w:val="4C120A82"/>
    <w:rsid w:val="4C18DC87"/>
    <w:rsid w:val="4CB3E98C"/>
    <w:rsid w:val="4F20366A"/>
    <w:rsid w:val="5008AAB7"/>
    <w:rsid w:val="501A25E1"/>
    <w:rsid w:val="52FCF03D"/>
    <w:rsid w:val="54EFC977"/>
    <w:rsid w:val="58748C6C"/>
    <w:rsid w:val="596C31C1"/>
    <w:rsid w:val="5C8AAA26"/>
    <w:rsid w:val="5E0B6B02"/>
    <w:rsid w:val="61509F18"/>
    <w:rsid w:val="626B0699"/>
    <w:rsid w:val="63FF79BC"/>
    <w:rsid w:val="6406D6FA"/>
    <w:rsid w:val="646D3D78"/>
    <w:rsid w:val="64792433"/>
    <w:rsid w:val="66777F7A"/>
    <w:rsid w:val="68695BB3"/>
    <w:rsid w:val="69053BAB"/>
    <w:rsid w:val="693150F6"/>
    <w:rsid w:val="69F9B960"/>
    <w:rsid w:val="6B5AD987"/>
    <w:rsid w:val="6C88D593"/>
    <w:rsid w:val="6FF29893"/>
    <w:rsid w:val="70CC31A5"/>
    <w:rsid w:val="716EB068"/>
    <w:rsid w:val="71B336D1"/>
    <w:rsid w:val="726146F0"/>
    <w:rsid w:val="7403D267"/>
    <w:rsid w:val="77CC7448"/>
    <w:rsid w:val="78E6EF07"/>
    <w:rsid w:val="7BFF01F3"/>
    <w:rsid w:val="7D04D24E"/>
    <w:rsid w:val="7D489A4D"/>
    <w:rsid w:val="7FA57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820703"/>
  <w14:defaultImageDpi w14:val="300"/>
  <w15:docId w15:val="{1B2150F0-9811-4F1C-B135-86EBDC44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273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606</Words>
  <Characters>3339</Characters>
  <Application>Microsoft Office Word</Application>
  <DocSecurity>0</DocSecurity>
  <Lines>27</Lines>
  <Paragraphs>7</Paragraphs>
  <ScaleCrop>false</ScaleCrop>
  <Manager/>
  <Company/>
  <LinksUpToDate>false</LinksUpToDate>
  <CharactersWithSpaces>3938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Mariany</dc:creator>
  <cp:keywords/>
  <dc:description>generated by python-docx</dc:description>
  <cp:lastModifiedBy>Pascal Mariany</cp:lastModifiedBy>
  <cp:revision>14</cp:revision>
  <cp:lastPrinted>2024-04-15T09:08:00Z</cp:lastPrinted>
  <dcterms:created xsi:type="dcterms:W3CDTF">2024-04-15T09:00:00Z</dcterms:created>
  <dcterms:modified xsi:type="dcterms:W3CDTF">2024-04-15T09:51:00Z</dcterms:modified>
  <cp:category/>
</cp:coreProperties>
</file>